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7A314" w14:textId="1EA5D8C0" w:rsidR="004C694E" w:rsidRPr="00F92D04" w:rsidRDefault="00A37979" w:rsidP="00185D40">
      <w:pPr>
        <w:shd w:val="clear" w:color="auto" w:fill="BFBFBF" w:themeFill="background1" w:themeFillShade="BF"/>
        <w:spacing w:after="200"/>
        <w:jc w:val="center"/>
        <w:rPr>
          <w:sz w:val="24"/>
          <w:szCs w:val="24"/>
          <w:lang w:val="it-IT"/>
        </w:rPr>
      </w:pPr>
      <w:r w:rsidRPr="00F92D04">
        <w:rPr>
          <w:b/>
          <w:color w:val="1F3D5A"/>
          <w:sz w:val="24"/>
          <w:szCs w:val="24"/>
          <w:lang w:val="it-IT"/>
        </w:rPr>
        <w:t>DOMANDA DI PARTECIPAZIONE E DICHIARAZIONI INTEGRATIVE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8708"/>
      </w:tblGrid>
      <w:tr w:rsidR="00185D40" w:rsidRPr="00F92D04" w14:paraId="1AC14015" w14:textId="77777777" w:rsidTr="00F92D04">
        <w:trPr>
          <w:trHeight w:val="884"/>
          <w:jc w:val="center"/>
        </w:trPr>
        <w:tc>
          <w:tcPr>
            <w:tcW w:w="1134" w:type="dxa"/>
            <w:tcBorders>
              <w:top w:val="single" w:sz="6" w:space="0" w:color="B7C1CE"/>
              <w:left w:val="single" w:sz="6" w:space="0" w:color="B7C1CE"/>
              <w:bottom w:val="single" w:sz="6" w:space="0" w:color="B7C1CE"/>
              <w:right w:val="single" w:sz="6" w:space="0" w:color="B7C1CE"/>
            </w:tcBorders>
            <w:shd w:val="clear" w:color="auto" w:fill="EAF0F6"/>
            <w:vAlign w:val="center"/>
          </w:tcPr>
          <w:p w14:paraId="54B2B4BE" w14:textId="77777777" w:rsidR="00185D40" w:rsidRDefault="00185D40" w:rsidP="009A50AE">
            <w:proofErr w:type="spellStart"/>
            <w:r>
              <w:rPr>
                <w:b/>
              </w:rPr>
              <w:t>Oggetto</w:t>
            </w:r>
            <w:proofErr w:type="spellEnd"/>
          </w:p>
        </w:tc>
        <w:tc>
          <w:tcPr>
            <w:tcW w:w="8724" w:type="dxa"/>
            <w:tcBorders>
              <w:top w:val="single" w:sz="6" w:space="0" w:color="B7C1CE"/>
              <w:left w:val="single" w:sz="6" w:space="0" w:color="B7C1CE"/>
              <w:bottom w:val="single" w:sz="6" w:space="0" w:color="B7C1CE"/>
              <w:right w:val="single" w:sz="6" w:space="0" w:color="B7C1CE"/>
            </w:tcBorders>
            <w:vAlign w:val="center"/>
          </w:tcPr>
          <w:p w14:paraId="56B28C67" w14:textId="2FCA5680" w:rsidR="00185D40" w:rsidRPr="00A94FEB" w:rsidRDefault="00F92D04" w:rsidP="0091370C">
            <w:pPr>
              <w:pStyle w:val="Default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F92D04">
              <w:rPr>
                <w:rFonts w:asciiTheme="majorHAnsi" w:hAnsiTheme="majorHAnsi" w:cstheme="majorHAnsi"/>
                <w:sz w:val="20"/>
                <w:szCs w:val="20"/>
              </w:rPr>
              <w:t>SERVIZIO DI GESTIONE DEI SERVIZI BIBLIOTECARI, MUSEALI E CULTURALI PER ANNI TRE</w:t>
            </w:r>
            <w:r w:rsidR="0091370C">
              <w:rPr>
                <w:rFonts w:asciiTheme="majorHAnsi" w:hAnsiTheme="majorHAnsi" w:cstheme="majorHAnsi"/>
                <w:sz w:val="20"/>
                <w:szCs w:val="20"/>
              </w:rPr>
              <w:t xml:space="preserve"> - </w:t>
            </w:r>
            <w:r w:rsidRPr="00F92D04">
              <w:rPr>
                <w:rFonts w:asciiTheme="majorHAnsi" w:hAnsiTheme="majorHAnsi" w:cstheme="majorHAnsi"/>
                <w:sz w:val="20"/>
                <w:szCs w:val="20"/>
              </w:rPr>
              <w:t xml:space="preserve">CIG: </w:t>
            </w:r>
            <w:r w:rsidR="0091370C">
              <w:rPr>
                <w:rFonts w:asciiTheme="majorHAnsi" w:hAnsiTheme="majorHAnsi" w:cstheme="majorHAnsi"/>
                <w:sz w:val="20"/>
                <w:szCs w:val="20"/>
              </w:rPr>
              <w:t>BD1DB54638</w:t>
            </w:r>
          </w:p>
        </w:tc>
      </w:tr>
    </w:tbl>
    <w:p w14:paraId="2BEFA15A" w14:textId="77777777" w:rsidR="00F92D04" w:rsidRDefault="00F92D04" w:rsidP="00185D40">
      <w:pPr>
        <w:jc w:val="center"/>
        <w:rPr>
          <w:b/>
          <w:color w:val="FF0000"/>
          <w:lang w:val="it-IT"/>
        </w:rPr>
      </w:pPr>
    </w:p>
    <w:p w14:paraId="1939C828" w14:textId="0CE4431F" w:rsidR="00F92D04" w:rsidRPr="00F92D04" w:rsidRDefault="00F92D04" w:rsidP="00185D40">
      <w:pPr>
        <w:jc w:val="center"/>
        <w:rPr>
          <w:b/>
          <w:color w:val="FF0000"/>
          <w:lang w:val="it-IT"/>
        </w:rPr>
      </w:pPr>
      <w:r w:rsidRPr="00F92D04">
        <w:rPr>
          <w:b/>
          <w:color w:val="FF0000"/>
          <w:lang w:val="it-IT"/>
        </w:rPr>
        <w:t>(COMPILARE LE SOLE PARTI D’INTERESSE)</w:t>
      </w:r>
    </w:p>
    <w:p w14:paraId="3697289E" w14:textId="77777777" w:rsidR="00F92D04" w:rsidRDefault="00F92D04" w:rsidP="00F92D04">
      <w:pPr>
        <w:pStyle w:val="Corpotesto"/>
        <w:tabs>
          <w:tab w:val="left" w:pos="9923"/>
        </w:tabs>
        <w:ind w:right="-56"/>
        <w:jc w:val="both"/>
        <w:rPr>
          <w:rFonts w:ascii="Bookman Old Style" w:hAnsi="Bookman Old Style"/>
          <w:lang w:val="it-IT"/>
        </w:rPr>
      </w:pPr>
      <w:r w:rsidRPr="00AA31C1">
        <w:rPr>
          <w:rFonts w:ascii="Bookman Old Style" w:hAnsi="Bookman Old Style"/>
          <w:spacing w:val="-4"/>
          <w:lang w:val="it-IT"/>
        </w:rPr>
        <w:t>I</w:t>
      </w:r>
      <w:r w:rsidRPr="00AA31C1">
        <w:rPr>
          <w:rFonts w:ascii="Bookman Old Style" w:hAnsi="Bookman Old Style"/>
          <w:lang w:val="it-IT"/>
        </w:rPr>
        <w:t>l</w:t>
      </w:r>
      <w:r w:rsidRPr="00AA31C1">
        <w:rPr>
          <w:rFonts w:ascii="Bookman Old Style" w:hAnsi="Bookman Old Style"/>
          <w:spacing w:val="3"/>
          <w:lang w:val="it-IT"/>
        </w:rPr>
        <w:t>/</w:t>
      </w:r>
      <w:r w:rsidRPr="00AA31C1">
        <w:rPr>
          <w:rFonts w:ascii="Bookman Old Style" w:hAnsi="Bookman Old Style"/>
          <w:spacing w:val="-3"/>
          <w:lang w:val="it-IT"/>
        </w:rPr>
        <w:t>L</w:t>
      </w:r>
      <w:r w:rsidRPr="00AA31C1">
        <w:rPr>
          <w:rFonts w:ascii="Bookman Old Style" w:hAnsi="Bookman Old Style"/>
          <w:lang w:val="it-IT"/>
        </w:rPr>
        <w:t>a sottos</w:t>
      </w:r>
      <w:r w:rsidRPr="00AA31C1">
        <w:rPr>
          <w:rFonts w:ascii="Bookman Old Style" w:hAnsi="Bookman Old Style"/>
          <w:spacing w:val="-1"/>
          <w:lang w:val="it-IT"/>
        </w:rPr>
        <w:t>c</w:t>
      </w:r>
      <w:r w:rsidRPr="00AA31C1">
        <w:rPr>
          <w:rFonts w:ascii="Bookman Old Style" w:hAnsi="Bookman Old Style"/>
          <w:lang w:val="it-IT"/>
        </w:rPr>
        <w:t>ritto/a _________________________________________________________________</w:t>
      </w:r>
      <w:r>
        <w:rPr>
          <w:rFonts w:ascii="Bookman Old Style" w:hAnsi="Bookman Old Style"/>
          <w:lang w:val="it-IT"/>
        </w:rPr>
        <w:t xml:space="preserve">___ </w:t>
      </w:r>
      <w:r w:rsidRPr="00AA31C1">
        <w:rPr>
          <w:rFonts w:ascii="Bookman Old Style" w:hAnsi="Bookman Old Style"/>
          <w:lang w:val="it-IT"/>
        </w:rPr>
        <w:t>n</w:t>
      </w:r>
      <w:r w:rsidRPr="00AA31C1">
        <w:rPr>
          <w:rFonts w:ascii="Bookman Old Style" w:hAnsi="Bookman Old Style"/>
          <w:spacing w:val="-1"/>
          <w:lang w:val="it-IT"/>
        </w:rPr>
        <w:t>a</w:t>
      </w:r>
      <w:r w:rsidRPr="00AA31C1">
        <w:rPr>
          <w:rFonts w:ascii="Bookman Old Style" w:hAnsi="Bookman Old Style"/>
          <w:lang w:val="it-IT"/>
        </w:rPr>
        <w:t xml:space="preserve">to/a </w:t>
      </w:r>
      <w:proofErr w:type="spellStart"/>
      <w:r w:rsidRPr="00AA31C1">
        <w:rPr>
          <w:rFonts w:ascii="Bookman Old Style" w:hAnsi="Bookman Old Style"/>
          <w:lang w:val="it-IT"/>
        </w:rPr>
        <w:t>a</w:t>
      </w:r>
      <w:proofErr w:type="spellEnd"/>
      <w:r w:rsidRPr="00AA31C1">
        <w:rPr>
          <w:rFonts w:ascii="Bookman Old Style" w:hAnsi="Bookman Old Style"/>
          <w:lang w:val="it-IT"/>
        </w:rPr>
        <w:t xml:space="preserve"> ________________________________________ Prov. __________il _________________</w:t>
      </w:r>
      <w:r>
        <w:rPr>
          <w:rFonts w:ascii="Bookman Old Style" w:hAnsi="Bookman Old Style"/>
          <w:lang w:val="it-IT"/>
        </w:rPr>
        <w:t xml:space="preserve"> </w:t>
      </w:r>
      <w:r w:rsidRPr="00AA31C1">
        <w:rPr>
          <w:rFonts w:ascii="Bookman Old Style" w:hAnsi="Bookman Old Style"/>
          <w:lang w:val="it-IT"/>
        </w:rPr>
        <w:t>r</w:t>
      </w:r>
      <w:r w:rsidRPr="00AA31C1">
        <w:rPr>
          <w:rFonts w:ascii="Bookman Old Style" w:hAnsi="Bookman Old Style"/>
          <w:spacing w:val="-2"/>
          <w:lang w:val="it-IT"/>
        </w:rPr>
        <w:t>e</w:t>
      </w:r>
      <w:r w:rsidRPr="00AA31C1">
        <w:rPr>
          <w:rFonts w:ascii="Bookman Old Style" w:hAnsi="Bookman Old Style"/>
          <w:lang w:val="it-IT"/>
        </w:rPr>
        <w:t xml:space="preserve">sidente </w:t>
      </w:r>
      <w:r w:rsidRPr="00AA31C1">
        <w:rPr>
          <w:rFonts w:ascii="Bookman Old Style" w:hAnsi="Bookman Old Style"/>
          <w:spacing w:val="2"/>
          <w:lang w:val="it-IT"/>
        </w:rPr>
        <w:t>i</w:t>
      </w:r>
      <w:r w:rsidRPr="00AA31C1">
        <w:rPr>
          <w:rFonts w:ascii="Bookman Old Style" w:hAnsi="Bookman Old Style"/>
          <w:lang w:val="it-IT"/>
        </w:rPr>
        <w:t>n ___________________________________________ Prov. __________CAP ________</w:t>
      </w:r>
      <w:r>
        <w:rPr>
          <w:rFonts w:ascii="Bookman Old Style" w:hAnsi="Bookman Old Style"/>
          <w:lang w:val="it-IT"/>
        </w:rPr>
        <w:t xml:space="preserve"> </w:t>
      </w:r>
      <w:r w:rsidRPr="00AA31C1">
        <w:rPr>
          <w:rFonts w:ascii="Bookman Old Style" w:hAnsi="Bookman Old Style"/>
          <w:lang w:val="it-IT"/>
        </w:rPr>
        <w:t>Vi</w:t>
      </w:r>
      <w:r w:rsidRPr="00AA31C1">
        <w:rPr>
          <w:rFonts w:ascii="Bookman Old Style" w:hAnsi="Bookman Old Style"/>
          <w:spacing w:val="-1"/>
          <w:lang w:val="it-IT"/>
        </w:rPr>
        <w:t>a</w:t>
      </w:r>
      <w:r w:rsidRPr="00AA31C1">
        <w:rPr>
          <w:rFonts w:ascii="Bookman Old Style" w:hAnsi="Bookman Old Style"/>
          <w:lang w:val="it-IT"/>
        </w:rPr>
        <w:t>/</w:t>
      </w:r>
      <w:r w:rsidRPr="00AA31C1">
        <w:rPr>
          <w:rFonts w:ascii="Bookman Old Style" w:hAnsi="Bookman Old Style"/>
          <w:spacing w:val="1"/>
          <w:lang w:val="it-IT"/>
        </w:rPr>
        <w:t>P</w:t>
      </w:r>
      <w:r w:rsidRPr="00AA31C1">
        <w:rPr>
          <w:rFonts w:ascii="Bookman Old Style" w:hAnsi="Bookman Old Style"/>
          <w:lang w:val="it-IT"/>
        </w:rPr>
        <w:t>iaz</w:t>
      </w:r>
      <w:r w:rsidRPr="00AA31C1">
        <w:rPr>
          <w:rFonts w:ascii="Bookman Old Style" w:hAnsi="Bookman Old Style"/>
          <w:spacing w:val="1"/>
          <w:lang w:val="it-IT"/>
        </w:rPr>
        <w:t>z</w:t>
      </w:r>
      <w:r w:rsidRPr="00AA31C1">
        <w:rPr>
          <w:rFonts w:ascii="Bookman Old Style" w:hAnsi="Bookman Old Style"/>
          <w:lang w:val="it-IT"/>
        </w:rPr>
        <w:t>a ______________________________________________ T</w:t>
      </w:r>
      <w:r w:rsidRPr="00AA31C1">
        <w:rPr>
          <w:rFonts w:ascii="Bookman Old Style" w:hAnsi="Bookman Old Style"/>
          <w:spacing w:val="-2"/>
          <w:lang w:val="it-IT"/>
        </w:rPr>
        <w:t>e</w:t>
      </w:r>
      <w:r w:rsidRPr="00AA31C1">
        <w:rPr>
          <w:rFonts w:ascii="Bookman Old Style" w:hAnsi="Bookman Old Style"/>
          <w:lang w:val="it-IT"/>
        </w:rPr>
        <w:t>l. _____________________</w:t>
      </w:r>
      <w:r>
        <w:rPr>
          <w:rFonts w:ascii="Bookman Old Style" w:hAnsi="Bookman Old Style"/>
          <w:lang w:val="it-IT"/>
        </w:rPr>
        <w:t xml:space="preserve"> </w:t>
      </w:r>
      <w:r w:rsidRPr="00AA31C1">
        <w:rPr>
          <w:rFonts w:ascii="Bookman Old Style" w:hAnsi="Bookman Old Style"/>
          <w:spacing w:val="-2"/>
          <w:lang w:val="it-IT"/>
        </w:rPr>
        <w:t>F</w:t>
      </w:r>
      <w:r w:rsidRPr="00AA31C1">
        <w:rPr>
          <w:rFonts w:ascii="Bookman Old Style" w:hAnsi="Bookman Old Style"/>
          <w:spacing w:val="-1"/>
          <w:lang w:val="it-IT"/>
        </w:rPr>
        <w:t>a</w:t>
      </w:r>
      <w:r w:rsidRPr="00AA31C1">
        <w:rPr>
          <w:rFonts w:ascii="Bookman Old Style" w:hAnsi="Bookman Old Style"/>
          <w:spacing w:val="2"/>
          <w:lang w:val="it-IT"/>
        </w:rPr>
        <w:t>x</w:t>
      </w:r>
      <w:r w:rsidRPr="00AA31C1">
        <w:rPr>
          <w:rFonts w:ascii="Bookman Old Style" w:hAnsi="Bookman Old Style"/>
          <w:lang w:val="it-IT"/>
        </w:rPr>
        <w:t xml:space="preserve">. _____________________ </w:t>
      </w:r>
      <w:r w:rsidRPr="00AA31C1">
        <w:rPr>
          <w:rFonts w:ascii="Bookman Old Style" w:hAnsi="Bookman Old Style"/>
          <w:spacing w:val="-1"/>
          <w:lang w:val="it-IT"/>
        </w:rPr>
        <w:t>E-</w:t>
      </w:r>
      <w:r w:rsidRPr="00AA31C1">
        <w:rPr>
          <w:rFonts w:ascii="Bookman Old Style" w:hAnsi="Bookman Old Style"/>
          <w:lang w:val="it-IT"/>
        </w:rPr>
        <w:t>mail ____________________________@___________________</w:t>
      </w:r>
      <w:r>
        <w:rPr>
          <w:rFonts w:ascii="Bookman Old Style" w:hAnsi="Bookman Old Style"/>
          <w:lang w:val="it-IT"/>
        </w:rPr>
        <w:t xml:space="preserve"> </w:t>
      </w:r>
    </w:p>
    <w:p w14:paraId="5FFDFDDA" w14:textId="77777777" w:rsidR="00F92D04" w:rsidRPr="00F92D04" w:rsidRDefault="00F92D04" w:rsidP="00F92D04">
      <w:pPr>
        <w:spacing w:after="0"/>
        <w:jc w:val="both"/>
        <w:rPr>
          <w:rFonts w:ascii="Bookman Old Style" w:hAnsi="Bookman Old Style" w:cs="Helvetica"/>
          <w:szCs w:val="20"/>
          <w:lang w:val="it-IT"/>
        </w:rPr>
      </w:pPr>
      <w:r w:rsidRPr="00F92D04">
        <w:rPr>
          <w:rFonts w:ascii="Bookman Old Style" w:hAnsi="Bookman Old Style" w:cs="Helvetica"/>
          <w:szCs w:val="20"/>
          <w:lang w:val="it-IT"/>
        </w:rPr>
        <w:t>in qualità di (barrare la casella pertinente):</w:t>
      </w:r>
    </w:p>
    <w:p w14:paraId="2E0086D6" w14:textId="77777777" w:rsidR="00F92D04" w:rsidRPr="00F92D04" w:rsidRDefault="00F92D04" w:rsidP="00F92D04">
      <w:pPr>
        <w:spacing w:after="0"/>
        <w:jc w:val="both"/>
        <w:rPr>
          <w:rFonts w:ascii="Bookman Old Style" w:hAnsi="Bookman Old Style" w:cs="Helvetica"/>
          <w:szCs w:val="20"/>
          <w:lang w:val="it-IT"/>
        </w:rPr>
      </w:pPr>
    </w:p>
    <w:p w14:paraId="65419622" w14:textId="77777777" w:rsidR="00F92D04" w:rsidRDefault="00F92D04" w:rsidP="00F92D04">
      <w:pPr>
        <w:widowControl w:val="0"/>
        <w:numPr>
          <w:ilvl w:val="0"/>
          <w:numId w:val="11"/>
        </w:numPr>
        <w:spacing w:after="0"/>
        <w:ind w:right="-568"/>
        <w:jc w:val="both"/>
        <w:rPr>
          <w:rFonts w:ascii="Bookman Old Style" w:hAnsi="Bookman Old Style" w:cs="Helvetica"/>
          <w:b/>
          <w:szCs w:val="20"/>
        </w:rPr>
      </w:pPr>
      <w:proofErr w:type="spellStart"/>
      <w:r>
        <w:rPr>
          <w:rFonts w:ascii="Bookman Old Style" w:hAnsi="Bookman Old Style" w:cs="Helvetica"/>
          <w:b/>
          <w:szCs w:val="20"/>
        </w:rPr>
        <w:t>Titolare</w:t>
      </w:r>
      <w:proofErr w:type="spellEnd"/>
    </w:p>
    <w:p w14:paraId="202980C1" w14:textId="77777777" w:rsidR="00F92D04" w:rsidRDefault="00F92D04" w:rsidP="00F92D04">
      <w:pPr>
        <w:widowControl w:val="0"/>
        <w:numPr>
          <w:ilvl w:val="0"/>
          <w:numId w:val="11"/>
        </w:numPr>
        <w:spacing w:after="0"/>
        <w:ind w:right="-568"/>
        <w:jc w:val="both"/>
        <w:rPr>
          <w:rFonts w:ascii="Bookman Old Style" w:hAnsi="Bookman Old Style" w:cs="Helvetica"/>
          <w:b/>
          <w:szCs w:val="20"/>
        </w:rPr>
      </w:pPr>
      <w:proofErr w:type="spellStart"/>
      <w:r>
        <w:rPr>
          <w:rFonts w:ascii="Bookman Old Style" w:hAnsi="Bookman Old Style" w:cs="Helvetica"/>
          <w:b/>
          <w:szCs w:val="20"/>
        </w:rPr>
        <w:t>Legale</w:t>
      </w:r>
      <w:proofErr w:type="spellEnd"/>
      <w:r>
        <w:rPr>
          <w:rFonts w:ascii="Bookman Old Style" w:hAnsi="Bookman Old Style" w:cs="Helvetica"/>
          <w:b/>
          <w:szCs w:val="20"/>
        </w:rPr>
        <w:t xml:space="preserve"> </w:t>
      </w:r>
      <w:proofErr w:type="spellStart"/>
      <w:r>
        <w:rPr>
          <w:rFonts w:ascii="Bookman Old Style" w:hAnsi="Bookman Old Style" w:cs="Helvetica"/>
          <w:b/>
          <w:szCs w:val="20"/>
        </w:rPr>
        <w:t>rappresentante</w:t>
      </w:r>
      <w:proofErr w:type="spellEnd"/>
    </w:p>
    <w:p w14:paraId="733D1CE4" w14:textId="77777777" w:rsidR="00F92D04" w:rsidRDefault="00F92D04" w:rsidP="00F92D04">
      <w:pPr>
        <w:widowControl w:val="0"/>
        <w:numPr>
          <w:ilvl w:val="0"/>
          <w:numId w:val="11"/>
        </w:numPr>
        <w:spacing w:after="0"/>
        <w:ind w:right="-568"/>
        <w:jc w:val="both"/>
        <w:rPr>
          <w:rFonts w:ascii="Bookman Old Style" w:hAnsi="Bookman Old Style" w:cs="Helvetica"/>
          <w:b/>
          <w:szCs w:val="20"/>
        </w:rPr>
      </w:pPr>
      <w:proofErr w:type="spellStart"/>
      <w:r>
        <w:rPr>
          <w:rFonts w:ascii="Bookman Old Style" w:hAnsi="Bookman Old Style" w:cs="Helvetica"/>
          <w:b/>
          <w:szCs w:val="20"/>
        </w:rPr>
        <w:t>Procuratore</w:t>
      </w:r>
      <w:proofErr w:type="spellEnd"/>
      <w:r>
        <w:rPr>
          <w:rFonts w:ascii="Bookman Old Style" w:hAnsi="Bookman Old Style" w:cs="Helvetica"/>
          <w:b/>
          <w:szCs w:val="20"/>
        </w:rPr>
        <w:t xml:space="preserve"> </w:t>
      </w:r>
      <w:proofErr w:type="spellStart"/>
      <w:r>
        <w:rPr>
          <w:rFonts w:ascii="Bookman Old Style" w:hAnsi="Bookman Old Style" w:cs="Helvetica"/>
          <w:b/>
          <w:szCs w:val="20"/>
        </w:rPr>
        <w:t>speciale</w:t>
      </w:r>
      <w:proofErr w:type="spellEnd"/>
    </w:p>
    <w:p w14:paraId="0A8A3A30" w14:textId="77777777" w:rsidR="00F92D04" w:rsidRDefault="00F92D04" w:rsidP="00F92D04">
      <w:pPr>
        <w:widowControl w:val="0"/>
        <w:numPr>
          <w:ilvl w:val="0"/>
          <w:numId w:val="11"/>
        </w:numPr>
        <w:spacing w:after="0"/>
        <w:ind w:right="3"/>
        <w:jc w:val="both"/>
        <w:rPr>
          <w:rFonts w:ascii="Bookman Old Style" w:hAnsi="Bookman Old Style" w:cs="Helvetica"/>
          <w:szCs w:val="20"/>
        </w:rPr>
      </w:pPr>
      <w:r>
        <w:rPr>
          <w:rFonts w:ascii="Bookman Old Style" w:hAnsi="Bookman Old Style" w:cs="Helvetica"/>
          <w:b/>
          <w:szCs w:val="20"/>
        </w:rPr>
        <w:t xml:space="preserve">Altro </w:t>
      </w:r>
      <w:r>
        <w:rPr>
          <w:rFonts w:ascii="Bookman Old Style" w:hAnsi="Bookman Old Style" w:cs="Helvetica"/>
          <w:szCs w:val="20"/>
        </w:rPr>
        <w:tab/>
        <w:t>(</w:t>
      </w:r>
      <w:proofErr w:type="spellStart"/>
      <w:r>
        <w:rPr>
          <w:rFonts w:ascii="Bookman Old Style" w:hAnsi="Bookman Old Style" w:cs="Helvetica"/>
          <w:szCs w:val="20"/>
        </w:rPr>
        <w:t>specificare</w:t>
      </w:r>
      <w:proofErr w:type="spellEnd"/>
      <w:r>
        <w:rPr>
          <w:rFonts w:ascii="Bookman Old Style" w:hAnsi="Bookman Old Style" w:cs="Helvetica"/>
          <w:szCs w:val="20"/>
        </w:rPr>
        <w:t>): ______________________________________________________________</w:t>
      </w:r>
    </w:p>
    <w:p w14:paraId="73E6F184" w14:textId="77777777" w:rsidR="00F92D04" w:rsidRDefault="00F92D04" w:rsidP="00F92D04">
      <w:pPr>
        <w:tabs>
          <w:tab w:val="left" w:pos="6960"/>
        </w:tabs>
        <w:spacing w:after="0"/>
        <w:jc w:val="both"/>
        <w:rPr>
          <w:rFonts w:ascii="Bookman Old Style" w:hAnsi="Bookman Old Style" w:cs="Helvetica"/>
          <w:szCs w:val="20"/>
        </w:rPr>
      </w:pPr>
      <w:r>
        <w:rPr>
          <w:rFonts w:ascii="Bookman Old Style" w:hAnsi="Bookman Old Style" w:cs="Helvetica"/>
          <w:szCs w:val="20"/>
        </w:rPr>
        <w:t xml:space="preserve"> </w:t>
      </w:r>
    </w:p>
    <w:p w14:paraId="7DCC49FD" w14:textId="77777777" w:rsidR="00F92D04" w:rsidRPr="00F92D04" w:rsidRDefault="00F92D04" w:rsidP="00F92D04">
      <w:pPr>
        <w:tabs>
          <w:tab w:val="left" w:pos="6960"/>
        </w:tabs>
        <w:spacing w:after="0"/>
        <w:jc w:val="both"/>
        <w:rPr>
          <w:rFonts w:ascii="Bookman Old Style" w:hAnsi="Bookman Old Style"/>
          <w:lang w:val="it-IT"/>
        </w:rPr>
      </w:pPr>
      <w:r w:rsidRPr="00F92D04">
        <w:rPr>
          <w:rFonts w:ascii="Bookman Old Style" w:hAnsi="Bookman Old Style" w:cs="Helvetica"/>
          <w:szCs w:val="20"/>
          <w:lang w:val="it-IT"/>
        </w:rPr>
        <w:t xml:space="preserve">dell’operatore economico (scrivere la denominazione dell’impresa come indicato nel certificato della CCIAA) </w:t>
      </w:r>
      <w:r w:rsidRPr="00F92D04">
        <w:rPr>
          <w:rFonts w:ascii="Bookman Old Style" w:hAnsi="Bookman Old Style"/>
          <w:spacing w:val="-4"/>
          <w:lang w:val="it-IT"/>
        </w:rPr>
        <w:t>________________________________________________________________</w:t>
      </w:r>
      <w:r w:rsidRPr="00F92D04">
        <w:rPr>
          <w:rFonts w:ascii="Bookman Old Style" w:hAnsi="Bookman Old Style"/>
          <w:bCs/>
          <w:lang w:val="it-IT"/>
        </w:rPr>
        <w:t xml:space="preserve"> </w:t>
      </w:r>
      <w:r w:rsidRPr="00F92D04">
        <w:rPr>
          <w:rFonts w:ascii="Bookman Old Style" w:hAnsi="Bookman Old Style"/>
          <w:spacing w:val="-1"/>
          <w:lang w:val="it-IT"/>
        </w:rPr>
        <w:t>c</w:t>
      </w:r>
      <w:r w:rsidRPr="00F92D04">
        <w:rPr>
          <w:rFonts w:ascii="Bookman Old Style" w:hAnsi="Bookman Old Style"/>
          <w:lang w:val="it-IT"/>
        </w:rPr>
        <w:t>on</w:t>
      </w:r>
      <w:r w:rsidRPr="00F92D04">
        <w:rPr>
          <w:rFonts w:ascii="Bookman Old Style" w:hAnsi="Bookman Old Style"/>
          <w:spacing w:val="54"/>
          <w:lang w:val="it-IT"/>
        </w:rPr>
        <w:t xml:space="preserve"> </w:t>
      </w:r>
      <w:r w:rsidRPr="00F92D04">
        <w:rPr>
          <w:rFonts w:ascii="Bookman Old Style" w:hAnsi="Bookman Old Style"/>
          <w:lang w:val="it-IT"/>
        </w:rPr>
        <w:t>s</w:t>
      </w:r>
      <w:r w:rsidRPr="00F92D04">
        <w:rPr>
          <w:rFonts w:ascii="Bookman Old Style" w:hAnsi="Bookman Old Style"/>
          <w:spacing w:val="-1"/>
          <w:lang w:val="it-IT"/>
        </w:rPr>
        <w:t>e</w:t>
      </w:r>
      <w:r w:rsidRPr="00F92D04">
        <w:rPr>
          <w:rFonts w:ascii="Bookman Old Style" w:hAnsi="Bookman Old Style"/>
          <w:lang w:val="it-IT"/>
        </w:rPr>
        <w:t>de</w:t>
      </w:r>
      <w:r w:rsidRPr="00F92D04">
        <w:rPr>
          <w:rFonts w:ascii="Bookman Old Style" w:hAnsi="Bookman Old Style"/>
          <w:spacing w:val="54"/>
          <w:lang w:val="it-IT"/>
        </w:rPr>
        <w:t xml:space="preserve"> </w:t>
      </w:r>
      <w:r w:rsidRPr="00F92D04">
        <w:rPr>
          <w:rFonts w:ascii="Bookman Old Style" w:hAnsi="Bookman Old Style"/>
          <w:lang w:val="it-IT"/>
        </w:rPr>
        <w:t>le</w:t>
      </w:r>
      <w:r w:rsidRPr="00F92D04">
        <w:rPr>
          <w:rFonts w:ascii="Bookman Old Style" w:hAnsi="Bookman Old Style"/>
          <w:spacing w:val="-3"/>
          <w:lang w:val="it-IT"/>
        </w:rPr>
        <w:t>g</w:t>
      </w:r>
      <w:r w:rsidRPr="00F92D04">
        <w:rPr>
          <w:rFonts w:ascii="Bookman Old Style" w:hAnsi="Bookman Old Style"/>
          <w:spacing w:val="-1"/>
          <w:lang w:val="it-IT"/>
        </w:rPr>
        <w:t>a</w:t>
      </w:r>
      <w:r w:rsidRPr="00F92D04">
        <w:rPr>
          <w:rFonts w:ascii="Bookman Old Style" w:hAnsi="Bookman Old Style"/>
          <w:lang w:val="it-IT"/>
        </w:rPr>
        <w:t>le in ________________________________________ Prov. _______ CAP ___________ Vi</w:t>
      </w:r>
      <w:r w:rsidRPr="00F92D04">
        <w:rPr>
          <w:rFonts w:ascii="Bookman Old Style" w:hAnsi="Bookman Old Style"/>
          <w:spacing w:val="-1"/>
          <w:lang w:val="it-IT"/>
        </w:rPr>
        <w:t>a</w:t>
      </w:r>
      <w:r w:rsidRPr="00F92D04">
        <w:rPr>
          <w:rFonts w:ascii="Bookman Old Style" w:hAnsi="Bookman Old Style"/>
          <w:lang w:val="it-IT"/>
        </w:rPr>
        <w:t>/</w:t>
      </w:r>
      <w:r w:rsidRPr="00F92D04">
        <w:rPr>
          <w:rFonts w:ascii="Bookman Old Style" w:hAnsi="Bookman Old Style"/>
          <w:spacing w:val="1"/>
          <w:lang w:val="it-IT"/>
        </w:rPr>
        <w:t>P</w:t>
      </w:r>
      <w:r w:rsidRPr="00F92D04">
        <w:rPr>
          <w:rFonts w:ascii="Bookman Old Style" w:hAnsi="Bookman Old Style"/>
          <w:lang w:val="it-IT"/>
        </w:rPr>
        <w:t>iaz</w:t>
      </w:r>
      <w:r w:rsidRPr="00F92D04">
        <w:rPr>
          <w:rFonts w:ascii="Bookman Old Style" w:hAnsi="Bookman Old Style"/>
          <w:spacing w:val="1"/>
          <w:lang w:val="it-IT"/>
        </w:rPr>
        <w:t>z</w:t>
      </w:r>
      <w:r w:rsidRPr="00F92D04">
        <w:rPr>
          <w:rFonts w:ascii="Bookman Old Style" w:hAnsi="Bookman Old Style"/>
          <w:lang w:val="it-IT"/>
        </w:rPr>
        <w:t>a ______________________________________________ T</w:t>
      </w:r>
      <w:r w:rsidRPr="00F92D04">
        <w:rPr>
          <w:rFonts w:ascii="Bookman Old Style" w:hAnsi="Bookman Old Style"/>
          <w:spacing w:val="-2"/>
          <w:lang w:val="it-IT"/>
        </w:rPr>
        <w:t>e</w:t>
      </w:r>
      <w:r w:rsidRPr="00F92D04">
        <w:rPr>
          <w:rFonts w:ascii="Bookman Old Style" w:hAnsi="Bookman Old Style"/>
          <w:lang w:val="it-IT"/>
        </w:rPr>
        <w:t xml:space="preserve">l. ______________________ </w:t>
      </w:r>
      <w:r w:rsidRPr="00F92D04">
        <w:rPr>
          <w:rFonts w:ascii="Bookman Old Style" w:hAnsi="Bookman Old Style"/>
          <w:spacing w:val="-2"/>
          <w:lang w:val="it-IT"/>
        </w:rPr>
        <w:t>F</w:t>
      </w:r>
      <w:r w:rsidRPr="00F92D04">
        <w:rPr>
          <w:rFonts w:ascii="Bookman Old Style" w:hAnsi="Bookman Old Style"/>
          <w:spacing w:val="-1"/>
          <w:lang w:val="it-IT"/>
        </w:rPr>
        <w:t>a</w:t>
      </w:r>
      <w:r w:rsidRPr="00F92D04">
        <w:rPr>
          <w:rFonts w:ascii="Bookman Old Style" w:hAnsi="Bookman Old Style"/>
          <w:spacing w:val="2"/>
          <w:lang w:val="it-IT"/>
        </w:rPr>
        <w:t>x</w:t>
      </w:r>
      <w:r w:rsidRPr="00F92D04">
        <w:rPr>
          <w:rFonts w:ascii="Bookman Old Style" w:hAnsi="Bookman Old Style"/>
          <w:lang w:val="it-IT"/>
        </w:rPr>
        <w:t xml:space="preserve">. ______________________ </w:t>
      </w:r>
      <w:r w:rsidRPr="00F92D04">
        <w:rPr>
          <w:rFonts w:ascii="Bookman Old Style" w:hAnsi="Bookman Old Style"/>
          <w:spacing w:val="-1"/>
          <w:lang w:val="it-IT"/>
        </w:rPr>
        <w:t>PEC</w:t>
      </w:r>
      <w:r w:rsidRPr="00F92D04">
        <w:rPr>
          <w:rFonts w:ascii="Bookman Old Style" w:hAnsi="Bookman Old Style"/>
          <w:lang w:val="it-IT"/>
        </w:rPr>
        <w:t xml:space="preserve"> ______________________________@________________________ </w:t>
      </w:r>
      <w:r w:rsidRPr="00F92D04">
        <w:rPr>
          <w:rFonts w:ascii="Bookman Old Style" w:hAnsi="Bookman Old Style"/>
          <w:spacing w:val="-1"/>
          <w:lang w:val="it-IT"/>
        </w:rPr>
        <w:t>c</w:t>
      </w:r>
      <w:r w:rsidRPr="00F92D04">
        <w:rPr>
          <w:rFonts w:ascii="Bookman Old Style" w:hAnsi="Bookman Old Style"/>
          <w:lang w:val="it-IT"/>
        </w:rPr>
        <w:t>on Codice</w:t>
      </w:r>
      <w:r w:rsidRPr="00F92D04">
        <w:rPr>
          <w:rFonts w:ascii="Bookman Old Style" w:hAnsi="Bookman Old Style"/>
          <w:spacing w:val="5"/>
          <w:lang w:val="it-IT"/>
        </w:rPr>
        <w:t xml:space="preserve"> </w:t>
      </w:r>
      <w:r w:rsidRPr="00F92D04">
        <w:rPr>
          <w:rFonts w:ascii="Bookman Old Style" w:hAnsi="Bookman Old Style"/>
          <w:spacing w:val="-1"/>
          <w:lang w:val="it-IT"/>
        </w:rPr>
        <w:t>f</w:t>
      </w:r>
      <w:r w:rsidRPr="00F92D04">
        <w:rPr>
          <w:rFonts w:ascii="Bookman Old Style" w:hAnsi="Bookman Old Style"/>
          <w:lang w:val="it-IT"/>
        </w:rPr>
        <w:t>isc</w:t>
      </w:r>
      <w:r w:rsidRPr="00F92D04">
        <w:rPr>
          <w:rFonts w:ascii="Bookman Old Style" w:hAnsi="Bookman Old Style"/>
          <w:spacing w:val="-2"/>
          <w:lang w:val="it-IT"/>
        </w:rPr>
        <w:t>a</w:t>
      </w:r>
      <w:r w:rsidRPr="00F92D04">
        <w:rPr>
          <w:rFonts w:ascii="Bookman Old Style" w:hAnsi="Bookman Old Style"/>
          <w:spacing w:val="2"/>
          <w:lang w:val="it-IT"/>
        </w:rPr>
        <w:t>l</w:t>
      </w:r>
      <w:r w:rsidRPr="00F92D04">
        <w:rPr>
          <w:rFonts w:ascii="Bookman Old Style" w:hAnsi="Bookman Old Style"/>
          <w:lang w:val="it-IT"/>
        </w:rPr>
        <w:t>e ________________________________P</w:t>
      </w:r>
      <w:r w:rsidRPr="00F92D04">
        <w:rPr>
          <w:rFonts w:ascii="Bookman Old Style" w:hAnsi="Bookman Old Style"/>
          <w:spacing w:val="2"/>
          <w:lang w:val="it-IT"/>
        </w:rPr>
        <w:t>.</w:t>
      </w:r>
      <w:r w:rsidRPr="00F92D04">
        <w:rPr>
          <w:rFonts w:ascii="Bookman Old Style" w:hAnsi="Bookman Old Style"/>
          <w:spacing w:val="-6"/>
          <w:lang w:val="it-IT"/>
        </w:rPr>
        <w:t>I</w:t>
      </w:r>
      <w:r w:rsidRPr="00F92D04">
        <w:rPr>
          <w:rFonts w:ascii="Bookman Old Style" w:hAnsi="Bookman Old Style"/>
          <w:spacing w:val="1"/>
          <w:lang w:val="it-IT"/>
        </w:rPr>
        <w:t>V</w:t>
      </w:r>
      <w:r w:rsidRPr="00F92D04">
        <w:rPr>
          <w:rFonts w:ascii="Bookman Old Style" w:hAnsi="Bookman Old Style"/>
          <w:lang w:val="it-IT"/>
        </w:rPr>
        <w:t>A</w:t>
      </w:r>
      <w:r w:rsidRPr="00F92D04">
        <w:rPr>
          <w:rFonts w:ascii="Bookman Old Style" w:hAnsi="Bookman Old Style"/>
          <w:spacing w:val="6"/>
          <w:lang w:val="it-IT"/>
        </w:rPr>
        <w:t xml:space="preserve"> </w:t>
      </w:r>
      <w:r w:rsidRPr="00F92D04">
        <w:rPr>
          <w:rFonts w:ascii="Bookman Old Style" w:hAnsi="Bookman Old Style"/>
          <w:lang w:val="it-IT"/>
        </w:rPr>
        <w:t xml:space="preserve">_____________________________ </w:t>
      </w:r>
      <w:r w:rsidRPr="00F92D04">
        <w:rPr>
          <w:rFonts w:ascii="Bookman Old Style" w:hAnsi="Bookman Old Style"/>
          <w:spacing w:val="-1"/>
          <w:lang w:val="it-IT"/>
        </w:rPr>
        <w:t>c</w:t>
      </w:r>
      <w:r w:rsidRPr="00F92D04">
        <w:rPr>
          <w:rFonts w:ascii="Bookman Old Style" w:hAnsi="Bookman Old Style"/>
          <w:lang w:val="it-IT"/>
        </w:rPr>
        <w:t>on domi</w:t>
      </w:r>
      <w:r w:rsidRPr="00F92D04">
        <w:rPr>
          <w:rFonts w:ascii="Bookman Old Style" w:hAnsi="Bookman Old Style"/>
          <w:spacing w:val="-1"/>
          <w:lang w:val="it-IT"/>
        </w:rPr>
        <w:t>c</w:t>
      </w:r>
      <w:r w:rsidRPr="00F92D04">
        <w:rPr>
          <w:rFonts w:ascii="Bookman Old Style" w:hAnsi="Bookman Old Style"/>
          <w:lang w:val="it-IT"/>
        </w:rPr>
        <w:t xml:space="preserve">ilio in ____________________________________ Prov. __________ CAP __________ </w:t>
      </w:r>
      <w:r w:rsidRPr="00F92D04">
        <w:rPr>
          <w:rFonts w:ascii="Bookman Old Style" w:hAnsi="Bookman Old Style"/>
          <w:spacing w:val="-1"/>
          <w:lang w:val="it-IT"/>
        </w:rPr>
        <w:t>Via/Piazza ___________________________________________________ Tel. ______________________</w:t>
      </w:r>
    </w:p>
    <w:p w14:paraId="213F64A0" w14:textId="77777777" w:rsidR="00F92D04" w:rsidRPr="00F92D04" w:rsidRDefault="00F92D04" w:rsidP="00F92D04">
      <w:pPr>
        <w:autoSpaceDE w:val="0"/>
        <w:autoSpaceDN w:val="0"/>
        <w:adjustRightInd w:val="0"/>
        <w:spacing w:after="0"/>
        <w:rPr>
          <w:rFonts w:ascii="Bookman Old Style" w:hAnsi="Bookman Old Style"/>
          <w:lang w:val="it-IT"/>
        </w:rPr>
      </w:pPr>
    </w:p>
    <w:p w14:paraId="18040F64" w14:textId="77777777" w:rsidR="00F92D04" w:rsidRPr="00F92D04" w:rsidRDefault="00F92D04" w:rsidP="00F92D04">
      <w:pPr>
        <w:autoSpaceDE w:val="0"/>
        <w:autoSpaceDN w:val="0"/>
        <w:adjustRightInd w:val="0"/>
        <w:spacing w:after="0"/>
        <w:jc w:val="center"/>
        <w:rPr>
          <w:rFonts w:ascii="Bookman Old Style" w:hAnsi="Bookman Old Style"/>
          <w:b/>
          <w:lang w:val="it-IT"/>
        </w:rPr>
      </w:pPr>
      <w:r w:rsidRPr="00F92D04">
        <w:rPr>
          <w:rFonts w:ascii="Bookman Old Style" w:hAnsi="Bookman Old Style"/>
          <w:b/>
          <w:lang w:val="it-IT"/>
        </w:rPr>
        <w:t>CHIEDE</w:t>
      </w:r>
    </w:p>
    <w:p w14:paraId="6ECF2AD2" w14:textId="77777777" w:rsidR="00F92D04" w:rsidRPr="00F92D04" w:rsidRDefault="00F92D04" w:rsidP="00F92D04">
      <w:pPr>
        <w:autoSpaceDE w:val="0"/>
        <w:autoSpaceDN w:val="0"/>
        <w:adjustRightInd w:val="0"/>
        <w:spacing w:after="0"/>
        <w:jc w:val="center"/>
        <w:rPr>
          <w:rFonts w:ascii="Bookman Old Style" w:hAnsi="Bookman Old Style"/>
          <w:b/>
          <w:lang w:val="it-IT"/>
        </w:rPr>
      </w:pPr>
    </w:p>
    <w:p w14:paraId="1CAA9CAC" w14:textId="3E5A4E94" w:rsidR="00F92D04" w:rsidRPr="00F92D04" w:rsidRDefault="00F92D04" w:rsidP="00F92D04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  <w:lang w:val="it-IT"/>
        </w:rPr>
      </w:pPr>
      <w:r w:rsidRPr="00F92D04">
        <w:rPr>
          <w:rFonts w:ascii="Bookman Old Style" w:hAnsi="Bookman Old Style"/>
          <w:lang w:val="it-IT"/>
        </w:rPr>
        <w:t xml:space="preserve">di </w:t>
      </w:r>
      <w:r w:rsidR="00616292">
        <w:rPr>
          <w:rFonts w:ascii="Bookman Old Style" w:hAnsi="Bookman Old Style"/>
          <w:lang w:val="it-IT"/>
        </w:rPr>
        <w:t>essere invitato</w:t>
      </w:r>
      <w:r w:rsidRPr="00F92D04">
        <w:rPr>
          <w:rFonts w:ascii="Bookman Old Style" w:hAnsi="Bookman Old Style"/>
          <w:lang w:val="it-IT"/>
        </w:rPr>
        <w:t xml:space="preserve"> alla procedura in oggetto come:</w:t>
      </w:r>
    </w:p>
    <w:p w14:paraId="584938FE" w14:textId="77777777" w:rsidR="00F92D04" w:rsidRPr="00F92D04" w:rsidRDefault="00F92D04" w:rsidP="00F92D04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  <w:b/>
          <w:iCs/>
          <w:lang w:val="it-IT"/>
        </w:rPr>
      </w:pPr>
      <w:r w:rsidRPr="00F92D04">
        <w:rPr>
          <w:rFonts w:ascii="Bookman Old Style" w:hAnsi="Bookman Old Style"/>
          <w:b/>
          <w:iCs/>
          <w:lang w:val="it-IT"/>
        </w:rPr>
        <w:t>(indicare la situazione di riferimento)</w:t>
      </w:r>
    </w:p>
    <w:p w14:paraId="0C1C3F32" w14:textId="77777777" w:rsidR="00F92D04" w:rsidRPr="00F92D04" w:rsidRDefault="00F92D04" w:rsidP="00F92D04">
      <w:pPr>
        <w:autoSpaceDE w:val="0"/>
        <w:autoSpaceDN w:val="0"/>
        <w:adjustRightInd w:val="0"/>
        <w:spacing w:after="0"/>
        <w:jc w:val="both"/>
        <w:rPr>
          <w:rFonts w:ascii="Bookman Old Style" w:hAnsi="Bookman Old Style"/>
          <w:b/>
          <w:iCs/>
          <w:lang w:val="it-IT"/>
        </w:rPr>
      </w:pPr>
    </w:p>
    <w:p w14:paraId="32B10940" w14:textId="77777777" w:rsidR="00F92D04" w:rsidRDefault="00F92D04" w:rsidP="00F92D04">
      <w:pPr>
        <w:widowControl w:val="0"/>
        <w:numPr>
          <w:ilvl w:val="0"/>
          <w:numId w:val="11"/>
        </w:numPr>
        <w:spacing w:after="0"/>
        <w:ind w:right="-568"/>
        <w:jc w:val="both"/>
        <w:rPr>
          <w:rFonts w:ascii="Bookman Old Style" w:hAnsi="Bookman Old Style"/>
        </w:rPr>
      </w:pPr>
      <w:r w:rsidRPr="00AA31C1">
        <w:rPr>
          <w:rFonts w:ascii="Bookman Old Style" w:hAnsi="Bookman Old Style"/>
        </w:rPr>
        <w:t xml:space="preserve">IMPRESA INDIVIDUALE </w:t>
      </w:r>
    </w:p>
    <w:p w14:paraId="4CBCBCE8" w14:textId="77777777" w:rsidR="00F92D04" w:rsidRDefault="00F92D04" w:rsidP="00F92D04">
      <w:pPr>
        <w:widowControl w:val="0"/>
        <w:numPr>
          <w:ilvl w:val="0"/>
          <w:numId w:val="11"/>
        </w:numPr>
        <w:spacing w:after="0"/>
        <w:ind w:right="-568"/>
        <w:jc w:val="both"/>
        <w:rPr>
          <w:rFonts w:ascii="Bookman Old Style" w:hAnsi="Bookman Old Style"/>
        </w:rPr>
      </w:pPr>
      <w:r w:rsidRPr="00AA31C1">
        <w:rPr>
          <w:rFonts w:ascii="Bookman Old Style" w:hAnsi="Bookman Old Style"/>
        </w:rPr>
        <w:t>SOCIETA’ (</w:t>
      </w:r>
      <w:proofErr w:type="spellStart"/>
      <w:r w:rsidRPr="00AA31C1">
        <w:rPr>
          <w:rFonts w:ascii="Bookman Old Style" w:hAnsi="Bookman Old Style"/>
        </w:rPr>
        <w:t>specificare</w:t>
      </w:r>
      <w:proofErr w:type="spellEnd"/>
      <w:r w:rsidRPr="00AA31C1">
        <w:rPr>
          <w:rFonts w:ascii="Bookman Old Style" w:hAnsi="Bookman Old Style"/>
        </w:rPr>
        <w:t xml:space="preserve"> </w:t>
      </w:r>
      <w:proofErr w:type="spellStart"/>
      <w:r w:rsidRPr="00AA31C1">
        <w:rPr>
          <w:rFonts w:ascii="Bookman Old Style" w:hAnsi="Bookman Old Style"/>
        </w:rPr>
        <w:t>tipo</w:t>
      </w:r>
      <w:proofErr w:type="spellEnd"/>
      <w:r w:rsidRPr="00AA31C1">
        <w:rPr>
          <w:rFonts w:ascii="Bookman Old Style" w:hAnsi="Bookman Old Style"/>
        </w:rPr>
        <w:t>) ________________________________________;</w:t>
      </w:r>
    </w:p>
    <w:p w14:paraId="7FA7F641" w14:textId="77777777" w:rsidR="00F92D04" w:rsidRPr="00F92D04" w:rsidRDefault="00F92D04" w:rsidP="00F92D04">
      <w:pPr>
        <w:widowControl w:val="0"/>
        <w:numPr>
          <w:ilvl w:val="0"/>
          <w:numId w:val="11"/>
        </w:numPr>
        <w:spacing w:after="0"/>
        <w:ind w:right="-568"/>
        <w:jc w:val="both"/>
        <w:rPr>
          <w:rFonts w:ascii="Bookman Old Style" w:hAnsi="Bookman Old Style"/>
          <w:lang w:val="it-IT"/>
        </w:rPr>
      </w:pPr>
      <w:r w:rsidRPr="00F92D04">
        <w:rPr>
          <w:rFonts w:ascii="Bookman Old Style" w:hAnsi="Bookman Old Style"/>
          <w:lang w:val="it-IT"/>
        </w:rPr>
        <w:t xml:space="preserve">CONSORZIO fra SOCIETA’ COOPERATIVE di PRODUZIONE e LAVORO </w:t>
      </w:r>
    </w:p>
    <w:p w14:paraId="699F23FB" w14:textId="77777777" w:rsidR="00F92D04" w:rsidRDefault="00F92D04" w:rsidP="00F92D04">
      <w:pPr>
        <w:widowControl w:val="0"/>
        <w:numPr>
          <w:ilvl w:val="0"/>
          <w:numId w:val="11"/>
        </w:numPr>
        <w:spacing w:after="0"/>
        <w:ind w:right="-568"/>
        <w:jc w:val="both"/>
        <w:rPr>
          <w:rFonts w:ascii="Bookman Old Style" w:hAnsi="Bookman Old Style"/>
        </w:rPr>
      </w:pPr>
      <w:r w:rsidRPr="00AA31C1">
        <w:rPr>
          <w:rFonts w:ascii="Bookman Old Style" w:hAnsi="Bookman Old Style"/>
        </w:rPr>
        <w:t xml:space="preserve">CONSORZIO </w:t>
      </w:r>
      <w:proofErr w:type="spellStart"/>
      <w:r w:rsidRPr="00AA31C1">
        <w:rPr>
          <w:rFonts w:ascii="Bookman Old Style" w:hAnsi="Bookman Old Style"/>
        </w:rPr>
        <w:t>tra</w:t>
      </w:r>
      <w:proofErr w:type="spellEnd"/>
      <w:r w:rsidRPr="00AA31C1">
        <w:rPr>
          <w:rFonts w:ascii="Bookman Old Style" w:hAnsi="Bookman Old Style"/>
        </w:rPr>
        <w:t xml:space="preserve"> IMPRESE ARTIGIANE </w:t>
      </w:r>
    </w:p>
    <w:p w14:paraId="19344481" w14:textId="77777777" w:rsidR="00F92D04" w:rsidRDefault="00F92D04" w:rsidP="00F92D04">
      <w:pPr>
        <w:widowControl w:val="0"/>
        <w:numPr>
          <w:ilvl w:val="0"/>
          <w:numId w:val="11"/>
        </w:numPr>
        <w:spacing w:after="0"/>
        <w:ind w:right="-568"/>
        <w:jc w:val="both"/>
        <w:rPr>
          <w:rFonts w:ascii="Bookman Old Style" w:hAnsi="Bookman Old Style"/>
        </w:rPr>
      </w:pPr>
      <w:r w:rsidRPr="00AA31C1">
        <w:rPr>
          <w:rFonts w:ascii="Bookman Old Style" w:hAnsi="Bookman Old Style"/>
        </w:rPr>
        <w:t xml:space="preserve">CONSORZIO STABILE </w:t>
      </w:r>
    </w:p>
    <w:p w14:paraId="0534C70F" w14:textId="77777777" w:rsidR="00F92D04" w:rsidRPr="008A3011" w:rsidRDefault="00F92D04" w:rsidP="00F92D04">
      <w:pPr>
        <w:widowControl w:val="0"/>
        <w:numPr>
          <w:ilvl w:val="0"/>
          <w:numId w:val="11"/>
        </w:numPr>
        <w:spacing w:after="0"/>
        <w:ind w:right="-568"/>
        <w:jc w:val="both"/>
        <w:rPr>
          <w:rFonts w:ascii="Bookman Old Style" w:hAnsi="Bookman Old Style"/>
        </w:rPr>
      </w:pPr>
      <w:r w:rsidRPr="00AA31C1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CD841C" wp14:editId="4351E63C">
                <wp:simplePos x="0" y="0"/>
                <wp:positionH relativeFrom="column">
                  <wp:posOffset>3394710</wp:posOffset>
                </wp:positionH>
                <wp:positionV relativeFrom="paragraph">
                  <wp:posOffset>-1270</wp:posOffset>
                </wp:positionV>
                <wp:extent cx="161925" cy="152400"/>
                <wp:effectExtent l="9525" t="13970" r="9525" b="5080"/>
                <wp:wrapNone/>
                <wp:docPr id="13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DF0F1" id="Rettangolo 13" o:spid="_x0000_s1026" style="position:absolute;margin-left:267.3pt;margin-top:-.1pt;width:12.7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"/>
            </w:pict>
          </mc:Fallback>
        </mc:AlternateContent>
      </w:r>
      <w:r w:rsidRPr="008A3011">
        <w:rPr>
          <w:rFonts w:ascii="Bookman Old Style" w:hAnsi="Bookman Old Style"/>
        </w:rPr>
        <w:t xml:space="preserve">CAPOGRUPPO/MANDATARIO    </w:t>
      </w:r>
      <w:proofErr w:type="spellStart"/>
      <w:r w:rsidRPr="008A3011">
        <w:rPr>
          <w:rFonts w:ascii="Bookman Old Style" w:hAnsi="Bookman Old Style"/>
          <w:b/>
          <w:i/>
        </w:rPr>
        <w:t>ovvero</w:t>
      </w:r>
      <w:proofErr w:type="spellEnd"/>
      <w:r w:rsidRPr="008A3011">
        <w:rPr>
          <w:rFonts w:ascii="Bookman Old Style" w:hAnsi="Bookman Old Style"/>
        </w:rPr>
        <w:t xml:space="preserve">               MANDANTE </w:t>
      </w:r>
    </w:p>
    <w:p w14:paraId="54C534C8" w14:textId="77777777" w:rsidR="00F92D04" w:rsidRPr="00AA31C1" w:rsidRDefault="00F92D04" w:rsidP="00F92D04">
      <w:pPr>
        <w:widowControl w:val="0"/>
        <w:tabs>
          <w:tab w:val="left" w:pos="9214"/>
        </w:tabs>
        <w:spacing w:after="0"/>
        <w:ind w:left="426"/>
        <w:jc w:val="both"/>
        <w:rPr>
          <w:rFonts w:ascii="Bookman Old Style" w:hAnsi="Bookman Old Style"/>
        </w:rPr>
      </w:pPr>
      <w:r w:rsidRPr="00AA31C1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FA7140" wp14:editId="1DD77BD8">
                <wp:simplePos x="0" y="0"/>
                <wp:positionH relativeFrom="column">
                  <wp:posOffset>625001</wp:posOffset>
                </wp:positionH>
                <wp:positionV relativeFrom="paragraph">
                  <wp:posOffset>176530</wp:posOffset>
                </wp:positionV>
                <wp:extent cx="161925" cy="152400"/>
                <wp:effectExtent l="0" t="0" r="28575" b="19050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278A0" id="Rettangolo 11" o:spid="_x0000_s1026" style="position:absolute;margin-left:49.2pt;margin-top:13.9pt;width:12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"/>
            </w:pict>
          </mc:Fallback>
        </mc:AlternateContent>
      </w:r>
      <w:r w:rsidRPr="00AA31C1">
        <w:rPr>
          <w:rFonts w:ascii="Bookman Old Style" w:hAnsi="Bookman Old Style"/>
        </w:rPr>
        <w:t xml:space="preserve">       </w:t>
      </w:r>
    </w:p>
    <w:p w14:paraId="2C86CE8C" w14:textId="77777777" w:rsidR="00F92D04" w:rsidRPr="00F92D04" w:rsidRDefault="00F92D04" w:rsidP="00F92D04">
      <w:pPr>
        <w:widowControl w:val="0"/>
        <w:tabs>
          <w:tab w:val="left" w:pos="9214"/>
        </w:tabs>
        <w:spacing w:after="0"/>
        <w:jc w:val="both"/>
        <w:rPr>
          <w:rFonts w:ascii="Bookman Old Style" w:hAnsi="Bookman Old Style"/>
          <w:lang w:val="it-IT"/>
        </w:rPr>
      </w:pPr>
      <w:r w:rsidRPr="00AA31C1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6CDE8" wp14:editId="76061F36">
                <wp:simplePos x="0" y="0"/>
                <wp:positionH relativeFrom="column">
                  <wp:posOffset>632460</wp:posOffset>
                </wp:positionH>
                <wp:positionV relativeFrom="paragraph">
                  <wp:posOffset>187960</wp:posOffset>
                </wp:positionV>
                <wp:extent cx="161925" cy="152400"/>
                <wp:effectExtent l="9525" t="8890" r="9525" b="10160"/>
                <wp:wrapNone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5C248" id="Rettangolo 12" o:spid="_x0000_s1026" style="position:absolute;margin-left:49.8pt;margin-top:14.8pt;width:12.7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"/>
            </w:pict>
          </mc:Fallback>
        </mc:AlternateContent>
      </w:r>
      <w:r w:rsidRPr="00F92D04">
        <w:rPr>
          <w:rFonts w:ascii="Bookman Old Style" w:hAnsi="Bookman Old Style"/>
          <w:lang w:val="it-IT"/>
        </w:rPr>
        <w:t xml:space="preserve">                   di un RAGGRUPPAMENTO TEMPORANEO DI IMPRESE </w:t>
      </w:r>
    </w:p>
    <w:p w14:paraId="4AAEAE4B" w14:textId="77777777" w:rsidR="00F92D04" w:rsidRPr="00F92D04" w:rsidRDefault="00F92D04" w:rsidP="00F92D04">
      <w:pPr>
        <w:widowControl w:val="0"/>
        <w:tabs>
          <w:tab w:val="left" w:pos="9214"/>
        </w:tabs>
        <w:spacing w:after="0"/>
        <w:jc w:val="both"/>
        <w:rPr>
          <w:rFonts w:ascii="Bookman Old Style" w:hAnsi="Bookman Old Style"/>
          <w:lang w:val="it-IT"/>
        </w:rPr>
      </w:pPr>
      <w:r w:rsidRPr="00F92D04">
        <w:rPr>
          <w:rFonts w:ascii="Bookman Old Style" w:hAnsi="Bookman Old Style"/>
          <w:lang w:val="it-IT"/>
        </w:rPr>
        <w:t xml:space="preserve">                   di un CONSORZIO ORDINARIO </w:t>
      </w:r>
    </w:p>
    <w:p w14:paraId="2A61607E" w14:textId="77777777" w:rsidR="00F92D04" w:rsidRPr="00F92D04" w:rsidRDefault="00F92D04" w:rsidP="00F92D04">
      <w:pPr>
        <w:widowControl w:val="0"/>
        <w:tabs>
          <w:tab w:val="left" w:pos="9214"/>
        </w:tabs>
        <w:spacing w:after="0"/>
        <w:jc w:val="both"/>
        <w:rPr>
          <w:rFonts w:ascii="Bookman Old Style" w:hAnsi="Bookman Old Style"/>
          <w:lang w:val="it-IT"/>
        </w:rPr>
      </w:pPr>
      <w:r w:rsidRPr="00AA31C1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E8440A" wp14:editId="60872359">
                <wp:simplePos x="0" y="0"/>
                <wp:positionH relativeFrom="column">
                  <wp:posOffset>632460</wp:posOffset>
                </wp:positionH>
                <wp:positionV relativeFrom="paragraph">
                  <wp:posOffset>-635</wp:posOffset>
                </wp:positionV>
                <wp:extent cx="161925" cy="152400"/>
                <wp:effectExtent l="9525" t="6985" r="9525" b="12065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DF7E8" id="Rettangolo 10" o:spid="_x0000_s1026" style="position:absolute;margin-left:49.8pt;margin-top:-.05pt;width:12.7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+hco4NwAAAAHAQAA&#10;DwAAAAAAAAAAAAAAAABhBAAAZHJzL2Rvd25yZXYueG1sUEsFBgAAAAAEAAQA8wAAAGoFAAAAAA==&#10;"/>
            </w:pict>
          </mc:Fallback>
        </mc:AlternateContent>
      </w:r>
      <w:r w:rsidRPr="00F92D04">
        <w:rPr>
          <w:rFonts w:ascii="Bookman Old Style" w:hAnsi="Bookman Old Style"/>
          <w:lang w:val="it-IT"/>
        </w:rPr>
        <w:t xml:space="preserve">                  di un GEIE </w:t>
      </w:r>
    </w:p>
    <w:p w14:paraId="74BF952A" w14:textId="77777777" w:rsidR="00F92D04" w:rsidRPr="00F92D04" w:rsidRDefault="00F92D04" w:rsidP="00F92D04">
      <w:pPr>
        <w:widowControl w:val="0"/>
        <w:tabs>
          <w:tab w:val="left" w:pos="9214"/>
        </w:tabs>
        <w:spacing w:after="0"/>
        <w:jc w:val="both"/>
        <w:rPr>
          <w:rFonts w:ascii="Bookman Old Style" w:hAnsi="Bookman Old Style"/>
          <w:lang w:val="it-IT"/>
        </w:rPr>
      </w:pPr>
    </w:p>
    <w:p w14:paraId="74CA72D3" w14:textId="77777777" w:rsidR="00F92D04" w:rsidRPr="00F92D04" w:rsidRDefault="00F92D04" w:rsidP="00F92D04">
      <w:pPr>
        <w:widowControl w:val="0"/>
        <w:tabs>
          <w:tab w:val="left" w:pos="9214"/>
        </w:tabs>
        <w:spacing w:after="0"/>
        <w:jc w:val="both"/>
        <w:rPr>
          <w:rFonts w:ascii="Bookman Old Style" w:hAnsi="Bookman Old Style"/>
          <w:lang w:val="it-IT"/>
        </w:rPr>
      </w:pPr>
      <w:r w:rsidRPr="00AA31C1">
        <w:rPr>
          <w:rFonts w:ascii="Bookman Old Style" w:hAnsi="Bookman Old Style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6406DE" wp14:editId="07683DF5">
                <wp:simplePos x="0" y="0"/>
                <wp:positionH relativeFrom="column">
                  <wp:posOffset>3891915</wp:posOffset>
                </wp:positionH>
                <wp:positionV relativeFrom="paragraph">
                  <wp:posOffset>2540</wp:posOffset>
                </wp:positionV>
                <wp:extent cx="161925" cy="152400"/>
                <wp:effectExtent l="11430" t="6350" r="7620" b="12700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F2983" id="Rettangolo 8" o:spid="_x0000_s1026" style="position:absolute;margin-left:306.45pt;margin-top:.2pt;width:12.7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"/>
            </w:pict>
          </mc:Fallback>
        </mc:AlternateContent>
      </w:r>
      <w:r w:rsidRPr="00AA31C1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1D822C" wp14:editId="1817A53C">
                <wp:simplePos x="0" y="0"/>
                <wp:positionH relativeFrom="column">
                  <wp:posOffset>777240</wp:posOffset>
                </wp:positionH>
                <wp:positionV relativeFrom="paragraph">
                  <wp:posOffset>2540</wp:posOffset>
                </wp:positionV>
                <wp:extent cx="161925" cy="152400"/>
                <wp:effectExtent l="11430" t="6350" r="7620" b="12700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E3538" id="Rettangolo 9" o:spid="_x0000_s1026" style="position:absolute;margin-left:61.2pt;margin-top:.2pt;width:12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XJvvqNwAAAAHAQAA&#10;DwAAAAAAAAAAAAAAAABhBAAAZHJzL2Rvd25yZXYueG1sUEsFBgAAAAAEAAQA8wAAAGoFAAAAAA==&#10;"/>
            </w:pict>
          </mc:Fallback>
        </mc:AlternateContent>
      </w:r>
      <w:r w:rsidRPr="00AA31C1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2A9AB4" wp14:editId="237DD62A">
                <wp:simplePos x="0" y="0"/>
                <wp:positionH relativeFrom="column">
                  <wp:posOffset>2608580</wp:posOffset>
                </wp:positionH>
                <wp:positionV relativeFrom="paragraph">
                  <wp:posOffset>2540</wp:posOffset>
                </wp:positionV>
                <wp:extent cx="161925" cy="152400"/>
                <wp:effectExtent l="13970" t="6350" r="5080" b="12700"/>
                <wp:wrapNone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9FD842" id="Rettangolo 7" o:spid="_x0000_s1026" style="position:absolute;margin-left:205.4pt;margin-top:.2pt;width:12.7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/+up2dwAAAAHAQAA&#10;DwAAAAAAAAAAAAAAAABhBAAAZHJzL2Rvd25yZXYueG1sUEsFBgAAAAAEAAQA8wAAAGoFAAAAAA==&#10;"/>
            </w:pict>
          </mc:Fallback>
        </mc:AlternateContent>
      </w:r>
      <w:r w:rsidRPr="00F92D04">
        <w:rPr>
          <w:rFonts w:ascii="Bookman Old Style" w:hAnsi="Bookman Old Style"/>
          <w:lang w:val="it-IT"/>
        </w:rPr>
        <w:t xml:space="preserve">                     di tipo orizzontale            o verticale                 o misto </w:t>
      </w:r>
    </w:p>
    <w:p w14:paraId="15A4118D" w14:textId="77777777" w:rsidR="00F92D04" w:rsidRPr="00F92D04" w:rsidRDefault="00F92D04" w:rsidP="00F92D04">
      <w:pPr>
        <w:widowControl w:val="0"/>
        <w:tabs>
          <w:tab w:val="left" w:pos="9214"/>
        </w:tabs>
        <w:spacing w:after="0"/>
        <w:jc w:val="both"/>
        <w:rPr>
          <w:rFonts w:ascii="Bookman Old Style" w:hAnsi="Bookman Old Style"/>
          <w:lang w:val="it-IT"/>
        </w:rPr>
      </w:pPr>
    </w:p>
    <w:p w14:paraId="5241FC4E" w14:textId="77777777" w:rsidR="00F92D04" w:rsidRPr="00F92D04" w:rsidRDefault="00F92D04" w:rsidP="00F92D04">
      <w:pPr>
        <w:widowControl w:val="0"/>
        <w:tabs>
          <w:tab w:val="left" w:pos="9214"/>
        </w:tabs>
        <w:spacing w:after="0"/>
        <w:ind w:left="1276"/>
        <w:jc w:val="both"/>
        <w:rPr>
          <w:rFonts w:ascii="Bookman Old Style" w:hAnsi="Bookman Old Style"/>
          <w:lang w:val="it-IT"/>
        </w:rPr>
      </w:pPr>
      <w:r w:rsidRPr="00AA31C1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8DDCE1" wp14:editId="365F727D">
                <wp:simplePos x="0" y="0"/>
                <wp:positionH relativeFrom="column">
                  <wp:posOffset>2437130</wp:posOffset>
                </wp:positionH>
                <wp:positionV relativeFrom="paragraph">
                  <wp:posOffset>19685</wp:posOffset>
                </wp:positionV>
                <wp:extent cx="161925" cy="152400"/>
                <wp:effectExtent l="13970" t="10160" r="5080" b="889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3989D" id="Rettangolo 5" o:spid="_x0000_s1026" style="position:absolute;margin-left:191.9pt;margin-top:1.55pt;width:12.7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"/>
            </w:pict>
          </mc:Fallback>
        </mc:AlternateContent>
      </w:r>
      <w:r w:rsidRPr="00AA31C1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7FB95" wp14:editId="5B3B3242">
                <wp:simplePos x="0" y="0"/>
                <wp:positionH relativeFrom="column">
                  <wp:posOffset>779145</wp:posOffset>
                </wp:positionH>
                <wp:positionV relativeFrom="paragraph">
                  <wp:posOffset>635</wp:posOffset>
                </wp:positionV>
                <wp:extent cx="161925" cy="152400"/>
                <wp:effectExtent l="13335" t="10160" r="5715" b="889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6F65CF" id="Rettangolo 6" o:spid="_x0000_s1026" style="position:absolute;margin-left:61.35pt;margin-top:.05pt;width:12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"/>
            </w:pict>
          </mc:Fallback>
        </mc:AlternateContent>
      </w:r>
      <w:r w:rsidRPr="00F92D04">
        <w:rPr>
          <w:rFonts w:ascii="Bookman Old Style" w:hAnsi="Bookman Old Style"/>
          <w:lang w:val="it-IT"/>
        </w:rPr>
        <w:t xml:space="preserve">    già costituito                   o da costituirsi</w:t>
      </w:r>
    </w:p>
    <w:p w14:paraId="48790B03" w14:textId="77777777" w:rsidR="00F92D04" w:rsidRPr="00F92D04" w:rsidRDefault="00F92D04" w:rsidP="00F92D04">
      <w:pPr>
        <w:widowControl w:val="0"/>
        <w:tabs>
          <w:tab w:val="left" w:pos="9214"/>
        </w:tabs>
        <w:spacing w:after="0"/>
        <w:ind w:left="1276"/>
        <w:jc w:val="both"/>
        <w:rPr>
          <w:rFonts w:ascii="Bookman Old Style" w:hAnsi="Bookman Old Style"/>
          <w:lang w:val="it-IT"/>
        </w:rPr>
      </w:pPr>
    </w:p>
    <w:p w14:paraId="72897FC9" w14:textId="05C8E402" w:rsidR="00F92D04" w:rsidRPr="00C64466" w:rsidRDefault="00C64466" w:rsidP="00C64466">
      <w:pPr>
        <w:spacing w:after="30"/>
        <w:jc w:val="center"/>
        <w:rPr>
          <w:lang w:val="it-IT"/>
        </w:rPr>
      </w:pPr>
      <w:r w:rsidRPr="00C64466">
        <w:rPr>
          <w:b/>
          <w:sz w:val="20"/>
          <w:lang w:val="it-IT"/>
        </w:rPr>
        <w:t>ED  A TAL FINE DICHIARA</w:t>
      </w:r>
    </w:p>
    <w:p w14:paraId="088CCD24" w14:textId="10C57668" w:rsidR="00C64466" w:rsidRDefault="00C64466" w:rsidP="00C64466">
      <w:pPr>
        <w:pStyle w:val="Paragrafoelenco"/>
        <w:numPr>
          <w:ilvl w:val="0"/>
          <w:numId w:val="21"/>
        </w:numPr>
        <w:adjustRightInd w:val="0"/>
        <w:ind w:left="284"/>
        <w:jc w:val="both"/>
        <w:rPr>
          <w:rFonts w:eastAsiaTheme="minorHAnsi"/>
          <w:sz w:val="24"/>
          <w:szCs w:val="24"/>
          <w:lang w:val="it-IT"/>
        </w:rPr>
      </w:pPr>
      <w:r>
        <w:rPr>
          <w:rFonts w:eastAsiaTheme="minorHAnsi"/>
          <w:sz w:val="24"/>
          <w:szCs w:val="24"/>
          <w:lang w:val="it-IT"/>
        </w:rPr>
        <w:t>L’</w:t>
      </w:r>
      <w:r w:rsidRPr="00C64466">
        <w:rPr>
          <w:rFonts w:eastAsiaTheme="minorHAnsi"/>
          <w:sz w:val="24"/>
          <w:szCs w:val="24"/>
          <w:lang w:val="it-IT"/>
        </w:rPr>
        <w:t>assenza dei motivi di esclusione dalle procedure d’appalto o concessione previsti dagli art. 94 e 95 del D. Lgs. n. 36/2023;</w:t>
      </w:r>
    </w:p>
    <w:p w14:paraId="1CA699F3" w14:textId="3F76551B" w:rsidR="00C64466" w:rsidRDefault="00C64466" w:rsidP="00C64466">
      <w:pPr>
        <w:pStyle w:val="Paragrafoelenco"/>
        <w:numPr>
          <w:ilvl w:val="0"/>
          <w:numId w:val="21"/>
        </w:numPr>
        <w:adjustRightInd w:val="0"/>
        <w:ind w:left="284"/>
        <w:jc w:val="both"/>
        <w:rPr>
          <w:rFonts w:eastAsiaTheme="minorHAnsi"/>
          <w:sz w:val="24"/>
          <w:szCs w:val="24"/>
          <w:lang w:val="it-IT"/>
        </w:rPr>
      </w:pPr>
      <w:r w:rsidRPr="00C64466">
        <w:rPr>
          <w:rFonts w:eastAsiaTheme="minorHAnsi"/>
          <w:sz w:val="24"/>
          <w:szCs w:val="24"/>
          <w:lang w:val="it-IT"/>
        </w:rPr>
        <w:t xml:space="preserve">non trovarsi nelle condizioni di cui all’art. 53, comma 16-ter del </w:t>
      </w:r>
      <w:proofErr w:type="spellStart"/>
      <w:r w:rsidRPr="00C64466">
        <w:rPr>
          <w:rFonts w:eastAsiaTheme="minorHAnsi"/>
          <w:sz w:val="24"/>
          <w:szCs w:val="24"/>
          <w:lang w:val="it-IT"/>
        </w:rPr>
        <w:t>D.Lgs.</w:t>
      </w:r>
      <w:proofErr w:type="spellEnd"/>
      <w:r w:rsidRPr="00C64466">
        <w:rPr>
          <w:rFonts w:eastAsiaTheme="minorHAnsi"/>
          <w:sz w:val="24"/>
          <w:szCs w:val="24"/>
          <w:lang w:val="it-IT"/>
        </w:rPr>
        <w:t xml:space="preserve"> n. 165/2001;</w:t>
      </w:r>
    </w:p>
    <w:p w14:paraId="3E6CB7C6" w14:textId="3090037B" w:rsidR="00C64466" w:rsidRDefault="00C64466" w:rsidP="00C64466">
      <w:pPr>
        <w:pStyle w:val="Paragrafoelenco"/>
        <w:numPr>
          <w:ilvl w:val="0"/>
          <w:numId w:val="21"/>
        </w:numPr>
        <w:adjustRightInd w:val="0"/>
        <w:ind w:left="284"/>
        <w:jc w:val="both"/>
        <w:rPr>
          <w:rFonts w:eastAsiaTheme="minorHAnsi"/>
          <w:sz w:val="24"/>
          <w:szCs w:val="24"/>
          <w:lang w:val="it-IT"/>
        </w:rPr>
      </w:pPr>
      <w:r>
        <w:rPr>
          <w:rFonts w:eastAsiaTheme="minorHAnsi"/>
          <w:sz w:val="24"/>
          <w:szCs w:val="24"/>
          <w:lang w:val="it-IT"/>
        </w:rPr>
        <w:t xml:space="preserve">di </w:t>
      </w:r>
      <w:r w:rsidRPr="00C64466">
        <w:rPr>
          <w:rFonts w:eastAsiaTheme="minorHAnsi"/>
          <w:sz w:val="24"/>
          <w:szCs w:val="24"/>
          <w:lang w:val="it-IT"/>
        </w:rPr>
        <w:t>non incorrere, ai sensi della normativa vigente, in alcun divieto a contrattare con la pubblica amministrazione</w:t>
      </w:r>
      <w:r>
        <w:rPr>
          <w:rFonts w:eastAsiaTheme="minorHAnsi"/>
          <w:sz w:val="24"/>
          <w:szCs w:val="24"/>
          <w:lang w:val="it-IT"/>
        </w:rPr>
        <w:t>;</w:t>
      </w:r>
    </w:p>
    <w:p w14:paraId="24770080" w14:textId="5C467407" w:rsidR="00C64466" w:rsidRPr="00C64466" w:rsidRDefault="00C64466" w:rsidP="00C64466">
      <w:pPr>
        <w:pStyle w:val="Paragrafoelenco"/>
        <w:numPr>
          <w:ilvl w:val="0"/>
          <w:numId w:val="21"/>
        </w:numPr>
        <w:adjustRightInd w:val="0"/>
        <w:ind w:left="284"/>
        <w:jc w:val="both"/>
        <w:rPr>
          <w:rFonts w:eastAsiaTheme="minorHAnsi"/>
          <w:sz w:val="24"/>
          <w:szCs w:val="24"/>
          <w:lang w:val="it-IT"/>
        </w:rPr>
      </w:pPr>
      <w:r>
        <w:rPr>
          <w:rFonts w:eastAsiaTheme="minorHAnsi"/>
          <w:sz w:val="24"/>
          <w:szCs w:val="24"/>
          <w:lang w:val="it-IT"/>
        </w:rPr>
        <w:t>il possesso dei seguenti requisiti speciali:</w:t>
      </w:r>
    </w:p>
    <w:p w14:paraId="37FF7EF5" w14:textId="07EA5058" w:rsidR="00C64466" w:rsidRPr="00C64466" w:rsidRDefault="00C64466" w:rsidP="00C64466">
      <w:pPr>
        <w:pStyle w:val="Paragrafoelenco"/>
        <w:numPr>
          <w:ilvl w:val="0"/>
          <w:numId w:val="23"/>
        </w:numPr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di essere iscritto </w:t>
      </w:r>
      <w:r w:rsidRPr="00C64466">
        <w:rPr>
          <w:sz w:val="24"/>
          <w:szCs w:val="24"/>
          <w:lang w:val="it-IT"/>
        </w:rPr>
        <w:t xml:space="preserve">nel Registro delle Imprese oppure nell’Albo delle Imprese artigiane per attività pertinenti con quelle oggetto della presente procedura di gara, ovverossia attività culturali, di gestione dei servizi museali, bibliotecari e archivistici; </w:t>
      </w:r>
    </w:p>
    <w:p w14:paraId="76609770" w14:textId="18109D39" w:rsidR="00C64466" w:rsidRPr="00C64466" w:rsidRDefault="00C64466" w:rsidP="00C64466">
      <w:pPr>
        <w:pStyle w:val="Paragrafoelenco"/>
        <w:numPr>
          <w:ilvl w:val="0"/>
          <w:numId w:val="23"/>
        </w:numPr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val="it-IT"/>
        </w:rPr>
      </w:pPr>
      <w:r>
        <w:rPr>
          <w:rFonts w:eastAsiaTheme="minorHAnsi"/>
          <w:sz w:val="24"/>
          <w:szCs w:val="24"/>
          <w:lang w:val="it-IT"/>
        </w:rPr>
        <w:t xml:space="preserve">di </w:t>
      </w:r>
      <w:r w:rsidRPr="00C64466">
        <w:rPr>
          <w:rFonts w:eastAsiaTheme="minorHAnsi"/>
          <w:sz w:val="24"/>
          <w:szCs w:val="24"/>
          <w:lang w:val="it-IT"/>
        </w:rPr>
        <w:t xml:space="preserve">aver conseguito, nei migliori tre anni degli ultimi cinque anni precedenti a quello di indizione della presente procedura, un fatturato globale complessivo (fatturato globale d'impresa) pari ad almeno € </w:t>
      </w:r>
      <w:r w:rsidRPr="00C64466">
        <w:rPr>
          <w:b/>
          <w:sz w:val="24"/>
          <w:szCs w:val="24"/>
          <w:lang w:val="it-IT"/>
        </w:rPr>
        <w:t xml:space="preserve">172.682,58 </w:t>
      </w:r>
      <w:r w:rsidRPr="00C64466">
        <w:rPr>
          <w:rFonts w:eastAsiaTheme="minorHAnsi"/>
          <w:sz w:val="24"/>
          <w:szCs w:val="24"/>
          <w:lang w:val="it-IT"/>
        </w:rPr>
        <w:t>(IVA esclusa).</w:t>
      </w:r>
    </w:p>
    <w:p w14:paraId="677A13E8" w14:textId="541BF0F5" w:rsidR="00C64466" w:rsidRPr="00C64466" w:rsidRDefault="00C64466" w:rsidP="00C64466">
      <w:pPr>
        <w:pStyle w:val="Paragrafoelenco"/>
        <w:numPr>
          <w:ilvl w:val="0"/>
          <w:numId w:val="23"/>
        </w:numPr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val="it-IT"/>
        </w:rPr>
      </w:pPr>
      <w:r>
        <w:rPr>
          <w:rFonts w:eastAsiaTheme="minorHAnsi"/>
          <w:sz w:val="24"/>
          <w:szCs w:val="24"/>
          <w:lang w:val="it-IT"/>
        </w:rPr>
        <w:t xml:space="preserve">Di aver eseguito </w:t>
      </w:r>
      <w:r w:rsidRPr="00C64466">
        <w:rPr>
          <w:rFonts w:eastAsiaTheme="minorHAnsi"/>
          <w:sz w:val="24"/>
          <w:szCs w:val="24"/>
          <w:lang w:val="it-IT"/>
        </w:rPr>
        <w:t xml:space="preserve">negli ultimi dieci anni, </w:t>
      </w:r>
      <w:r>
        <w:rPr>
          <w:rFonts w:eastAsiaTheme="minorHAnsi"/>
          <w:sz w:val="24"/>
          <w:szCs w:val="24"/>
          <w:lang w:val="it-IT"/>
        </w:rPr>
        <w:t xml:space="preserve">i seguenti </w:t>
      </w:r>
      <w:r w:rsidR="00862541">
        <w:rPr>
          <w:rFonts w:eastAsiaTheme="minorHAnsi"/>
          <w:sz w:val="24"/>
          <w:szCs w:val="24"/>
          <w:lang w:val="it-IT"/>
        </w:rPr>
        <w:t xml:space="preserve">(almeno tre) </w:t>
      </w:r>
      <w:r>
        <w:rPr>
          <w:rFonts w:eastAsiaTheme="minorHAnsi"/>
          <w:sz w:val="24"/>
          <w:szCs w:val="24"/>
          <w:lang w:val="it-IT"/>
        </w:rPr>
        <w:t>servizi analoghi all’oggetto dell’appalto:</w:t>
      </w:r>
    </w:p>
    <w:p w14:paraId="2E52D7AA" w14:textId="77777777" w:rsidR="00C64466" w:rsidRPr="00C64466" w:rsidRDefault="00C64466" w:rsidP="00C64466">
      <w:pPr>
        <w:pStyle w:val="Paragrafoelenco"/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val="it-IT"/>
        </w:rPr>
      </w:pPr>
    </w:p>
    <w:tbl>
      <w:tblPr>
        <w:tblStyle w:val="Grigliatabella"/>
        <w:tblW w:w="0" w:type="auto"/>
        <w:tblInd w:w="1226" w:type="dxa"/>
        <w:tblLook w:val="04A0" w:firstRow="1" w:lastRow="0" w:firstColumn="1" w:lastColumn="0" w:noHBand="0" w:noVBand="1"/>
      </w:tblPr>
      <w:tblGrid>
        <w:gridCol w:w="2462"/>
        <w:gridCol w:w="2462"/>
        <w:gridCol w:w="2462"/>
      </w:tblGrid>
      <w:tr w:rsidR="00C64466" w14:paraId="7BF9CB7F" w14:textId="77777777" w:rsidTr="00C64466">
        <w:tc>
          <w:tcPr>
            <w:tcW w:w="2462" w:type="dxa"/>
          </w:tcPr>
          <w:p w14:paraId="6138E6E2" w14:textId="5731802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  <w:t>Committente</w:t>
            </w:r>
          </w:p>
        </w:tc>
        <w:tc>
          <w:tcPr>
            <w:tcW w:w="2462" w:type="dxa"/>
          </w:tcPr>
          <w:p w14:paraId="5EFE5B72" w14:textId="2ABF2AC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  <w:t>Periodo dal _ al</w:t>
            </w:r>
          </w:p>
        </w:tc>
        <w:tc>
          <w:tcPr>
            <w:tcW w:w="2462" w:type="dxa"/>
          </w:tcPr>
          <w:p w14:paraId="5F06FB1B" w14:textId="717046E3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  <w:t>Importo annuo</w:t>
            </w:r>
          </w:p>
        </w:tc>
      </w:tr>
      <w:tr w:rsidR="00C64466" w14:paraId="0D85191E" w14:textId="77777777" w:rsidTr="00C64466">
        <w:tc>
          <w:tcPr>
            <w:tcW w:w="2462" w:type="dxa"/>
          </w:tcPr>
          <w:p w14:paraId="3900D25B" w14:textId="7777777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</w:tc>
        <w:tc>
          <w:tcPr>
            <w:tcW w:w="2462" w:type="dxa"/>
          </w:tcPr>
          <w:p w14:paraId="6F92B36A" w14:textId="7777777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</w:tc>
        <w:tc>
          <w:tcPr>
            <w:tcW w:w="2462" w:type="dxa"/>
          </w:tcPr>
          <w:p w14:paraId="69F9D8D9" w14:textId="7777777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</w:tc>
      </w:tr>
      <w:tr w:rsidR="00C64466" w14:paraId="28F20819" w14:textId="77777777" w:rsidTr="00C64466">
        <w:tc>
          <w:tcPr>
            <w:tcW w:w="2462" w:type="dxa"/>
          </w:tcPr>
          <w:p w14:paraId="46215250" w14:textId="7777777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</w:tc>
        <w:tc>
          <w:tcPr>
            <w:tcW w:w="2462" w:type="dxa"/>
          </w:tcPr>
          <w:p w14:paraId="075FACAB" w14:textId="7777777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</w:tc>
        <w:tc>
          <w:tcPr>
            <w:tcW w:w="2462" w:type="dxa"/>
          </w:tcPr>
          <w:p w14:paraId="7C6FDB48" w14:textId="7777777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</w:tc>
      </w:tr>
      <w:tr w:rsidR="00C64466" w14:paraId="4465EE88" w14:textId="77777777" w:rsidTr="00C64466">
        <w:tc>
          <w:tcPr>
            <w:tcW w:w="2462" w:type="dxa"/>
          </w:tcPr>
          <w:p w14:paraId="1CA6AC95" w14:textId="7777777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</w:tc>
        <w:tc>
          <w:tcPr>
            <w:tcW w:w="2462" w:type="dxa"/>
          </w:tcPr>
          <w:p w14:paraId="413780FB" w14:textId="7777777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</w:tc>
        <w:tc>
          <w:tcPr>
            <w:tcW w:w="2462" w:type="dxa"/>
          </w:tcPr>
          <w:p w14:paraId="095C0783" w14:textId="7777777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</w:tc>
      </w:tr>
      <w:tr w:rsidR="00C64466" w14:paraId="7A34A5B8" w14:textId="77777777" w:rsidTr="00C64466">
        <w:tc>
          <w:tcPr>
            <w:tcW w:w="2462" w:type="dxa"/>
          </w:tcPr>
          <w:p w14:paraId="157CAB54" w14:textId="7777777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</w:tc>
        <w:tc>
          <w:tcPr>
            <w:tcW w:w="2462" w:type="dxa"/>
          </w:tcPr>
          <w:p w14:paraId="6AC579C6" w14:textId="7777777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</w:tc>
        <w:tc>
          <w:tcPr>
            <w:tcW w:w="2462" w:type="dxa"/>
          </w:tcPr>
          <w:p w14:paraId="34DD8CFA" w14:textId="7777777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</w:tc>
      </w:tr>
      <w:tr w:rsidR="00C64466" w14:paraId="31D4FF65" w14:textId="77777777" w:rsidTr="00C64466">
        <w:tc>
          <w:tcPr>
            <w:tcW w:w="2462" w:type="dxa"/>
          </w:tcPr>
          <w:p w14:paraId="50C67E80" w14:textId="7777777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</w:tc>
        <w:tc>
          <w:tcPr>
            <w:tcW w:w="2462" w:type="dxa"/>
          </w:tcPr>
          <w:p w14:paraId="69EFDBAD" w14:textId="7777777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</w:tc>
        <w:tc>
          <w:tcPr>
            <w:tcW w:w="2462" w:type="dxa"/>
          </w:tcPr>
          <w:p w14:paraId="31CB5A42" w14:textId="77777777" w:rsidR="00C64466" w:rsidRDefault="00C64466" w:rsidP="00C64466">
            <w:pPr>
              <w:adjustRightInd w:val="0"/>
              <w:jc w:val="both"/>
              <w:rPr>
                <w:rFonts w:eastAsiaTheme="minorHAnsi"/>
                <w:b/>
                <w:bCs/>
                <w:i/>
                <w:iCs/>
                <w:sz w:val="24"/>
                <w:szCs w:val="24"/>
                <w:lang w:val="it-IT"/>
              </w:rPr>
            </w:pPr>
          </w:p>
        </w:tc>
      </w:tr>
    </w:tbl>
    <w:p w14:paraId="19474136" w14:textId="77777777" w:rsidR="00C64466" w:rsidRPr="00C64466" w:rsidRDefault="00C64466" w:rsidP="00C64466">
      <w:pPr>
        <w:adjustRightInd w:val="0"/>
        <w:jc w:val="both"/>
        <w:rPr>
          <w:rFonts w:eastAsiaTheme="minorHAnsi"/>
          <w:b/>
          <w:bCs/>
          <w:i/>
          <w:iCs/>
          <w:sz w:val="24"/>
          <w:szCs w:val="24"/>
          <w:lang w:val="it-IT"/>
        </w:rPr>
      </w:pPr>
    </w:p>
    <w:p w14:paraId="2A00C553" w14:textId="77777777" w:rsidR="00F92D04" w:rsidRPr="00F92D04" w:rsidRDefault="00F92D04" w:rsidP="00F92D04">
      <w:pPr>
        <w:spacing w:after="59"/>
        <w:rPr>
          <w:lang w:val="it-IT"/>
        </w:rPr>
      </w:pPr>
      <w:r w:rsidRPr="00F92D04">
        <w:rPr>
          <w:sz w:val="20"/>
          <w:lang w:val="it-IT"/>
        </w:rPr>
        <w:t xml:space="preserve"> </w:t>
      </w:r>
    </w:p>
    <w:p w14:paraId="37925E7F" w14:textId="3B28653B" w:rsidR="00F92D04" w:rsidRPr="00C64466" w:rsidRDefault="00F92D04" w:rsidP="00F92D04">
      <w:pPr>
        <w:spacing w:after="61"/>
        <w:rPr>
          <w:sz w:val="24"/>
          <w:szCs w:val="24"/>
          <w:lang w:val="it-IT"/>
        </w:rPr>
      </w:pPr>
    </w:p>
    <w:p w14:paraId="053FEE5B" w14:textId="77777777" w:rsidR="00F92D04" w:rsidRPr="00C64466" w:rsidRDefault="00F92D04" w:rsidP="00F92D04">
      <w:pPr>
        <w:spacing w:after="68" w:line="267" w:lineRule="auto"/>
        <w:ind w:left="-5" w:hanging="10"/>
        <w:jc w:val="both"/>
        <w:rPr>
          <w:sz w:val="24"/>
          <w:szCs w:val="24"/>
        </w:rPr>
      </w:pPr>
      <w:proofErr w:type="spellStart"/>
      <w:r w:rsidRPr="00C64466">
        <w:rPr>
          <w:sz w:val="24"/>
          <w:szCs w:val="24"/>
        </w:rPr>
        <w:t>Luogo</w:t>
      </w:r>
      <w:proofErr w:type="spellEnd"/>
      <w:r w:rsidRPr="00C64466">
        <w:rPr>
          <w:sz w:val="24"/>
          <w:szCs w:val="24"/>
        </w:rPr>
        <w:t xml:space="preserve"> e Data </w:t>
      </w:r>
    </w:p>
    <w:p w14:paraId="00A7BFBA" w14:textId="77777777" w:rsidR="00F92D04" w:rsidRPr="00C64466" w:rsidRDefault="00F92D04" w:rsidP="00F92D04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020"/>
          <w:tab w:val="center" w:pos="8498"/>
        </w:tabs>
        <w:spacing w:after="6" w:line="267" w:lineRule="auto"/>
        <w:ind w:left="-15"/>
        <w:rPr>
          <w:sz w:val="24"/>
          <w:szCs w:val="24"/>
        </w:rPr>
      </w:pPr>
      <w:r w:rsidRPr="00C64466">
        <w:rPr>
          <w:sz w:val="24"/>
          <w:szCs w:val="24"/>
        </w:rPr>
        <w:t xml:space="preserve"> </w:t>
      </w:r>
      <w:r w:rsidRPr="00C64466">
        <w:rPr>
          <w:sz w:val="24"/>
          <w:szCs w:val="24"/>
        </w:rPr>
        <w:tab/>
        <w:t xml:space="preserve"> </w:t>
      </w:r>
      <w:r w:rsidRPr="00C64466">
        <w:rPr>
          <w:sz w:val="24"/>
          <w:szCs w:val="24"/>
        </w:rPr>
        <w:tab/>
        <w:t xml:space="preserve"> </w:t>
      </w:r>
      <w:r w:rsidRPr="00C64466">
        <w:rPr>
          <w:sz w:val="24"/>
          <w:szCs w:val="24"/>
        </w:rPr>
        <w:tab/>
        <w:t xml:space="preserve"> </w:t>
      </w:r>
      <w:r w:rsidRPr="00C64466">
        <w:rPr>
          <w:sz w:val="24"/>
          <w:szCs w:val="24"/>
        </w:rPr>
        <w:tab/>
        <w:t xml:space="preserve"> </w:t>
      </w:r>
      <w:r w:rsidRPr="00C64466">
        <w:rPr>
          <w:sz w:val="24"/>
          <w:szCs w:val="24"/>
        </w:rPr>
        <w:tab/>
        <w:t xml:space="preserve"> </w:t>
      </w:r>
      <w:r w:rsidRPr="00C64466">
        <w:rPr>
          <w:sz w:val="24"/>
          <w:szCs w:val="24"/>
        </w:rPr>
        <w:tab/>
        <w:t xml:space="preserve"> </w:t>
      </w:r>
      <w:r w:rsidRPr="00C64466">
        <w:rPr>
          <w:sz w:val="24"/>
          <w:szCs w:val="24"/>
        </w:rPr>
        <w:tab/>
        <w:t xml:space="preserve"> </w:t>
      </w:r>
      <w:r w:rsidRPr="00C64466">
        <w:rPr>
          <w:sz w:val="24"/>
          <w:szCs w:val="24"/>
        </w:rPr>
        <w:tab/>
        <w:t xml:space="preserve"> </w:t>
      </w:r>
      <w:r w:rsidRPr="00C64466">
        <w:rPr>
          <w:sz w:val="24"/>
          <w:szCs w:val="24"/>
        </w:rPr>
        <w:tab/>
        <w:t xml:space="preserve"> </w:t>
      </w:r>
      <w:r w:rsidRPr="00C64466">
        <w:rPr>
          <w:sz w:val="24"/>
          <w:szCs w:val="24"/>
        </w:rPr>
        <w:tab/>
        <w:t xml:space="preserve"> </w:t>
      </w:r>
      <w:r w:rsidRPr="00C64466">
        <w:rPr>
          <w:sz w:val="24"/>
          <w:szCs w:val="24"/>
        </w:rPr>
        <w:tab/>
      </w:r>
      <w:proofErr w:type="spellStart"/>
      <w:r w:rsidRPr="00C64466">
        <w:rPr>
          <w:sz w:val="24"/>
          <w:szCs w:val="24"/>
        </w:rPr>
        <w:t>Firma</w:t>
      </w:r>
      <w:proofErr w:type="spellEnd"/>
      <w:r w:rsidRPr="00C64466">
        <w:rPr>
          <w:sz w:val="24"/>
          <w:szCs w:val="24"/>
        </w:rPr>
        <w:t xml:space="preserve">  </w:t>
      </w:r>
      <w:r w:rsidRPr="00C64466">
        <w:rPr>
          <w:sz w:val="24"/>
          <w:szCs w:val="24"/>
        </w:rPr>
        <w:tab/>
        <w:t xml:space="preserve"> </w:t>
      </w:r>
    </w:p>
    <w:p w14:paraId="3E72EB8E" w14:textId="77777777" w:rsidR="00F92D04" w:rsidRDefault="00F92D04" w:rsidP="00F92D04">
      <w:pPr>
        <w:spacing w:after="61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</w:p>
    <w:p w14:paraId="59C38E23" w14:textId="77777777" w:rsidR="00F92D04" w:rsidRDefault="00F92D04" w:rsidP="00F92D04">
      <w:pPr>
        <w:spacing w:after="59"/>
      </w:pPr>
      <w:r>
        <w:rPr>
          <w:sz w:val="20"/>
        </w:rPr>
        <w:t xml:space="preserve"> </w:t>
      </w:r>
    </w:p>
    <w:p w14:paraId="3E30BB11" w14:textId="77777777" w:rsidR="00F92D04" w:rsidRDefault="00F92D04" w:rsidP="00F92D04">
      <w:r>
        <w:rPr>
          <w:sz w:val="20"/>
        </w:rPr>
        <w:t xml:space="preserve"> </w:t>
      </w:r>
    </w:p>
    <w:p w14:paraId="6E8559A8" w14:textId="77777777" w:rsidR="00F92D04" w:rsidRDefault="00F92D04" w:rsidP="00F92D04">
      <w:pPr>
        <w:spacing w:after="162"/>
      </w:pPr>
      <w:r>
        <w:rPr>
          <w:sz w:val="20"/>
        </w:rPr>
        <w:t xml:space="preserve"> </w:t>
      </w:r>
    </w:p>
    <w:p w14:paraId="392E7568" w14:textId="7AF57BB1" w:rsidR="004C694E" w:rsidRPr="00445207" w:rsidRDefault="004C694E" w:rsidP="00F92D04">
      <w:pPr>
        <w:jc w:val="both"/>
        <w:rPr>
          <w:lang w:val="it-IT"/>
        </w:rPr>
      </w:pPr>
    </w:p>
    <w:sectPr w:rsidR="004C694E" w:rsidRPr="00445207" w:rsidSect="00034616">
      <w:footerReference w:type="default" r:id="rId8"/>
      <w:pgSz w:w="12240" w:h="15840"/>
      <w:pgMar w:top="1134" w:right="1191" w:bottom="964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2EC5C" w14:textId="77777777" w:rsidR="00A37979" w:rsidRDefault="00A37979">
      <w:pPr>
        <w:spacing w:after="0" w:line="240" w:lineRule="auto"/>
      </w:pPr>
      <w:r>
        <w:separator/>
      </w:r>
    </w:p>
  </w:endnote>
  <w:endnote w:type="continuationSeparator" w:id="0">
    <w:p w14:paraId="00A41784" w14:textId="77777777" w:rsidR="00A37979" w:rsidRDefault="00A37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52C05" w14:textId="77777777" w:rsidR="004C694E" w:rsidRDefault="00A37979">
    <w:pPr>
      <w:pStyle w:val="Pidipagina"/>
      <w:jc w:val="right"/>
    </w:pPr>
    <w:r>
      <w:rPr>
        <w:sz w:val="16"/>
      </w:rPr>
      <w:t xml:space="preserve">Pag. </w:t>
    </w:r>
    <w:r>
      <w:fldChar w:fldCharType="begin"/>
    </w:r>
    <w:r>
      <w:instrText xml:space="preserve"> PAGE </w:instrText>
    </w:r>
    <w:r>
      <w:fldChar w:fldCharType="separate"/>
    </w:r>
    <w:r w:rsidR="00E840E9">
      <w:rPr>
        <w:noProof/>
      </w:rPr>
      <w:t>1</w:t>
    </w:r>
    <w:r>
      <w:fldChar w:fldCharType="end"/>
    </w:r>
    <w:r>
      <w:rPr>
        <w:i/>
        <w:sz w:val="16"/>
      </w:rPr>
      <w:t xml:space="preserve">    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4B961" w14:textId="77777777" w:rsidR="00A37979" w:rsidRDefault="00A37979">
      <w:pPr>
        <w:spacing w:after="0" w:line="240" w:lineRule="auto"/>
      </w:pPr>
      <w:r>
        <w:separator/>
      </w:r>
    </w:p>
  </w:footnote>
  <w:footnote w:type="continuationSeparator" w:id="0">
    <w:p w14:paraId="32DE24FC" w14:textId="77777777" w:rsidR="00A37979" w:rsidRDefault="00A37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tillium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tillium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Titillium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1074538D"/>
    <w:multiLevelType w:val="hybridMultilevel"/>
    <w:tmpl w:val="1562B500"/>
    <w:lvl w:ilvl="0" w:tplc="2E34D1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D62BF5"/>
    <w:multiLevelType w:val="hybridMultilevel"/>
    <w:tmpl w:val="58505F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B72E73"/>
    <w:multiLevelType w:val="hybridMultilevel"/>
    <w:tmpl w:val="59CAFFFA"/>
    <w:lvl w:ilvl="0" w:tplc="D42AEA0A">
      <w:start w:val="1"/>
      <w:numFmt w:val="bullet"/>
      <w:lvlText w:val="-"/>
      <w:lvlJc w:val="left"/>
      <w:pPr>
        <w:ind w:left="7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5AB94C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24A7EC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F85B66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CB8B5B2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BE3184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12610C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DEF7D4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90E83C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C982B3E"/>
    <w:multiLevelType w:val="hybridMultilevel"/>
    <w:tmpl w:val="4E44D7B4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281422C"/>
    <w:multiLevelType w:val="hybridMultilevel"/>
    <w:tmpl w:val="9A92506A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0FD66E8"/>
    <w:multiLevelType w:val="hybridMultilevel"/>
    <w:tmpl w:val="36582C6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2403D"/>
    <w:multiLevelType w:val="hybridMultilevel"/>
    <w:tmpl w:val="293EB5DA"/>
    <w:lvl w:ilvl="0" w:tplc="0410000B">
      <w:start w:val="1"/>
      <w:numFmt w:val="bullet"/>
      <w:lvlText w:val=""/>
      <w:lvlJc w:val="left"/>
      <w:pPr>
        <w:ind w:left="7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7" w15:restartNumberingAfterBreak="0">
    <w:nsid w:val="4A904860"/>
    <w:multiLevelType w:val="hybridMultilevel"/>
    <w:tmpl w:val="2E6EADE0"/>
    <w:lvl w:ilvl="0" w:tplc="D2C4306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w w:val="99"/>
        <w:sz w:val="28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80F06"/>
    <w:multiLevelType w:val="hybridMultilevel"/>
    <w:tmpl w:val="FFFFFFFF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position w:val="10"/>
        <w:sz w:val="18"/>
      </w:r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E13BC9"/>
    <w:multiLevelType w:val="hybridMultilevel"/>
    <w:tmpl w:val="891C5A62"/>
    <w:lvl w:ilvl="0" w:tplc="0410000B">
      <w:start w:val="1"/>
      <w:numFmt w:val="bullet"/>
      <w:lvlText w:val=""/>
      <w:lvlJc w:val="left"/>
      <w:pPr>
        <w:ind w:left="7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0" w15:restartNumberingAfterBreak="0">
    <w:nsid w:val="6A521347"/>
    <w:multiLevelType w:val="hybridMultilevel"/>
    <w:tmpl w:val="09F8C91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20523"/>
    <w:multiLevelType w:val="hybridMultilevel"/>
    <w:tmpl w:val="6066A3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A27042"/>
    <w:multiLevelType w:val="hybridMultilevel"/>
    <w:tmpl w:val="AC8873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945035">
    <w:abstractNumId w:val="8"/>
  </w:num>
  <w:num w:numId="2" w16cid:durableId="1211501791">
    <w:abstractNumId w:val="6"/>
  </w:num>
  <w:num w:numId="3" w16cid:durableId="1206790938">
    <w:abstractNumId w:val="5"/>
  </w:num>
  <w:num w:numId="4" w16cid:durableId="1093938045">
    <w:abstractNumId w:val="4"/>
  </w:num>
  <w:num w:numId="5" w16cid:durableId="2068330903">
    <w:abstractNumId w:val="7"/>
  </w:num>
  <w:num w:numId="6" w16cid:durableId="1348481262">
    <w:abstractNumId w:val="3"/>
  </w:num>
  <w:num w:numId="7" w16cid:durableId="1043479734">
    <w:abstractNumId w:val="2"/>
  </w:num>
  <w:num w:numId="8" w16cid:durableId="382022122">
    <w:abstractNumId w:val="1"/>
  </w:num>
  <w:num w:numId="9" w16cid:durableId="1559590262">
    <w:abstractNumId w:val="0"/>
  </w:num>
  <w:num w:numId="10" w16cid:durableId="1609241831">
    <w:abstractNumId w:val="12"/>
  </w:num>
  <w:num w:numId="11" w16cid:durableId="739715552">
    <w:abstractNumId w:val="17"/>
  </w:num>
  <w:num w:numId="12" w16cid:durableId="909313363">
    <w:abstractNumId w:val="16"/>
  </w:num>
  <w:num w:numId="13" w16cid:durableId="873230771">
    <w:abstractNumId w:val="14"/>
  </w:num>
  <w:num w:numId="14" w16cid:durableId="213085516">
    <w:abstractNumId w:val="20"/>
  </w:num>
  <w:num w:numId="15" w16cid:durableId="1226140760">
    <w:abstractNumId w:val="11"/>
  </w:num>
  <w:num w:numId="16" w16cid:durableId="1322931855">
    <w:abstractNumId w:val="21"/>
  </w:num>
  <w:num w:numId="17" w16cid:durableId="2087455541">
    <w:abstractNumId w:val="19"/>
  </w:num>
  <w:num w:numId="18" w16cid:durableId="2035306173">
    <w:abstractNumId w:val="18"/>
  </w:num>
  <w:num w:numId="19" w16cid:durableId="1753575893">
    <w:abstractNumId w:val="9"/>
  </w:num>
  <w:num w:numId="20" w16cid:durableId="909510155">
    <w:abstractNumId w:val="13"/>
  </w:num>
  <w:num w:numId="21" w16cid:durableId="1645504790">
    <w:abstractNumId w:val="15"/>
  </w:num>
  <w:num w:numId="22" w16cid:durableId="1438597498">
    <w:abstractNumId w:val="10"/>
  </w:num>
  <w:num w:numId="23" w16cid:durableId="11301638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CEF"/>
    <w:rsid w:val="00092242"/>
    <w:rsid w:val="0015074B"/>
    <w:rsid w:val="00185D40"/>
    <w:rsid w:val="00257289"/>
    <w:rsid w:val="0029639D"/>
    <w:rsid w:val="00326F90"/>
    <w:rsid w:val="004408F6"/>
    <w:rsid w:val="00445207"/>
    <w:rsid w:val="004C694E"/>
    <w:rsid w:val="00616292"/>
    <w:rsid w:val="00862541"/>
    <w:rsid w:val="00885018"/>
    <w:rsid w:val="00887C40"/>
    <w:rsid w:val="00902B49"/>
    <w:rsid w:val="0091370C"/>
    <w:rsid w:val="00A37979"/>
    <w:rsid w:val="00AA1D8D"/>
    <w:rsid w:val="00B47730"/>
    <w:rsid w:val="00B8676C"/>
    <w:rsid w:val="00C64466"/>
    <w:rsid w:val="00C9021F"/>
    <w:rsid w:val="00CB0664"/>
    <w:rsid w:val="00CC312B"/>
    <w:rsid w:val="00E840E9"/>
    <w:rsid w:val="00E845A0"/>
    <w:rsid w:val="00F16475"/>
    <w:rsid w:val="00F92D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D9430E"/>
  <w14:defaultImageDpi w14:val="300"/>
  <w15:docId w15:val="{E40044AD-6FB5-4136-B64F-8D915D938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/>
    </w:pPr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3D5A"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3D5A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3D5A"/>
      <w:sz w:val="2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3D5A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b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qFormat/>
    <w:rsid w:val="00185D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it-IT" w:eastAsia="it-IT"/>
    </w:rPr>
  </w:style>
  <w:style w:type="table" w:customStyle="1" w:styleId="TableGrid1">
    <w:name w:val="TableGrid1"/>
    <w:rsid w:val="00F92D04"/>
    <w:pPr>
      <w:spacing w:after="0" w:line="240" w:lineRule="auto"/>
    </w:pPr>
    <w:rPr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Comune di Carcare</cp:lastModifiedBy>
  <cp:revision>4</cp:revision>
  <dcterms:created xsi:type="dcterms:W3CDTF">2026-09-25T11:39:00Z</dcterms:created>
  <dcterms:modified xsi:type="dcterms:W3CDTF">2026-09-25T11:40:00Z</dcterms:modified>
  <cp:category/>
</cp:coreProperties>
</file>